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FAD1A" w14:textId="2FD70F93" w:rsidR="00355C65" w:rsidRDefault="00355C65" w:rsidP="009F3485">
      <w:pPr>
        <w:tabs>
          <w:tab w:val="left" w:pos="5552"/>
        </w:tabs>
        <w:rPr>
          <w:lang w:val="fr-CA"/>
        </w:rPr>
      </w:pPr>
    </w:p>
    <w:p w14:paraId="5350518F" w14:textId="77777777" w:rsidR="00B859D6" w:rsidRDefault="00B859D6" w:rsidP="00355C65">
      <w:pPr>
        <w:rPr>
          <w:lang w:val="fr-CA"/>
        </w:rPr>
      </w:pPr>
    </w:p>
    <w:p w14:paraId="32CBD222" w14:textId="77777777" w:rsidR="00B859D6" w:rsidRDefault="00B859D6" w:rsidP="00355C65">
      <w:pPr>
        <w:rPr>
          <w:lang w:val="fr-CA"/>
        </w:rPr>
      </w:pPr>
    </w:p>
    <w:p w14:paraId="2F8B5F21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lang w:val="fr-CA"/>
        </w:rPr>
        <w:t>1</w:t>
      </w:r>
      <w:r w:rsidRPr="00381E62">
        <w:rPr>
          <w:rFonts w:ascii="Arial" w:hAnsi="Arial" w:cs="Arial"/>
          <w:sz w:val="22"/>
          <w:szCs w:val="22"/>
          <w:lang w:val="fr-CA"/>
        </w:rPr>
        <w:t>. Informations générales</w:t>
      </w:r>
    </w:p>
    <w:p w14:paraId="4E30A81F" w14:textId="77777777" w:rsidR="00AB38B4" w:rsidRDefault="00AB38B4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</w:p>
    <w:p w14:paraId="1B6D6571" w14:textId="2DFFECEA" w:rsidR="008711FE" w:rsidRPr="00381E62" w:rsidRDefault="0034015D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Titre de la production : </w:t>
      </w:r>
    </w:p>
    <w:p w14:paraId="10CD2FE3" w14:textId="314CEB06" w:rsidR="001D0C63" w:rsidRPr="00381E62" w:rsidRDefault="0034015D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__</w:t>
      </w:r>
      <w:r w:rsidR="00D97A20" w:rsidRPr="00381E62">
        <w:rPr>
          <w:rFonts w:ascii="Arial" w:hAnsi="Arial" w:cs="Arial"/>
          <w:sz w:val="22"/>
          <w:szCs w:val="22"/>
          <w:lang w:val="fr-CA"/>
        </w:rPr>
        <w:t>_________________________________</w:t>
      </w:r>
      <w:r w:rsidRPr="00381E62">
        <w:rPr>
          <w:rFonts w:ascii="Arial" w:hAnsi="Arial" w:cs="Arial"/>
          <w:sz w:val="22"/>
          <w:szCs w:val="22"/>
          <w:lang w:val="fr-CA"/>
        </w:rPr>
        <w:t>_</w:t>
      </w:r>
      <w:r w:rsidR="00381E62">
        <w:rPr>
          <w:rFonts w:ascii="Arial" w:hAnsi="Arial" w:cs="Arial"/>
          <w:sz w:val="22"/>
          <w:szCs w:val="22"/>
          <w:lang w:val="fr-CA"/>
        </w:rPr>
        <w:t>___________</w:t>
      </w:r>
      <w:r w:rsidRPr="00381E62">
        <w:rPr>
          <w:rFonts w:ascii="Arial" w:hAnsi="Arial" w:cs="Arial"/>
          <w:sz w:val="22"/>
          <w:szCs w:val="22"/>
          <w:lang w:val="fr-CA"/>
        </w:rPr>
        <w:t>_</w:t>
      </w:r>
    </w:p>
    <w:p w14:paraId="2748AA14" w14:textId="77777777" w:rsidR="008711FE" w:rsidRPr="00381E62" w:rsidRDefault="0034015D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Maison de production : </w:t>
      </w:r>
    </w:p>
    <w:p w14:paraId="26CD207C" w14:textId="35FFA86D" w:rsidR="001D0C63" w:rsidRDefault="0034015D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______________________</w:t>
      </w:r>
      <w:r w:rsidR="00D97A20" w:rsidRPr="00381E62">
        <w:rPr>
          <w:rFonts w:ascii="Arial" w:hAnsi="Arial" w:cs="Arial"/>
          <w:sz w:val="22"/>
          <w:szCs w:val="22"/>
          <w:lang w:val="fr-CA"/>
        </w:rPr>
        <w:t>______________________</w:t>
      </w:r>
      <w:r w:rsidRPr="00381E62">
        <w:rPr>
          <w:rFonts w:ascii="Arial" w:hAnsi="Arial" w:cs="Arial"/>
          <w:sz w:val="22"/>
          <w:szCs w:val="22"/>
          <w:lang w:val="fr-CA"/>
        </w:rPr>
        <w:t>____</w:t>
      </w:r>
    </w:p>
    <w:p w14:paraId="7000ACCB" w14:textId="22AD6F6B" w:rsidR="00951044" w:rsidRPr="00951044" w:rsidRDefault="00951044" w:rsidP="00951044">
      <w:pPr>
        <w:rPr>
          <w:rFonts w:ascii="Arial" w:hAnsi="Arial" w:cs="Arial"/>
          <w:sz w:val="22"/>
          <w:szCs w:val="22"/>
          <w:lang w:val="fr-CA"/>
        </w:rPr>
      </w:pPr>
      <w:r w:rsidRPr="00951044">
        <w:rPr>
          <w:rFonts w:ascii="Arial" w:hAnsi="Arial" w:cs="Arial"/>
          <w:sz w:val="22"/>
          <w:szCs w:val="22"/>
          <w:lang w:val="fr-CA"/>
        </w:rPr>
        <w:t>Adresse : ____________________________________________</w:t>
      </w:r>
      <w:r w:rsidR="000D6E49">
        <w:rPr>
          <w:rFonts w:ascii="Arial" w:hAnsi="Arial" w:cs="Arial"/>
          <w:sz w:val="22"/>
          <w:szCs w:val="22"/>
          <w:lang w:val="fr-CA"/>
        </w:rPr>
        <w:t>__________________</w:t>
      </w:r>
      <w:r w:rsidRPr="00951044">
        <w:rPr>
          <w:rFonts w:ascii="Arial" w:hAnsi="Arial" w:cs="Arial"/>
          <w:sz w:val="22"/>
          <w:szCs w:val="22"/>
          <w:lang w:val="fr-CA"/>
        </w:rPr>
        <w:t>____________</w:t>
      </w:r>
    </w:p>
    <w:p w14:paraId="36F14FC4" w14:textId="4DA380F6" w:rsidR="006B2E46" w:rsidRDefault="006B2E46" w:rsidP="0095104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Type de tournages (</w:t>
      </w:r>
      <w:r w:rsidR="00FF33FE">
        <w:rPr>
          <w:rFonts w:ascii="Arial" w:hAnsi="Arial" w:cs="Arial"/>
          <w:sz w:val="22"/>
          <w:szCs w:val="22"/>
          <w:lang w:val="fr-CA"/>
        </w:rPr>
        <w:t>f</w:t>
      </w:r>
      <w:r>
        <w:rPr>
          <w:rFonts w:ascii="Arial" w:hAnsi="Arial" w:cs="Arial"/>
          <w:sz w:val="22"/>
          <w:szCs w:val="22"/>
          <w:lang w:val="fr-CA"/>
        </w:rPr>
        <w:t>ilm, série, publicité, etc.) : ________________________________</w:t>
      </w:r>
      <w:r w:rsidR="000D6E49">
        <w:rPr>
          <w:rFonts w:ascii="Arial" w:hAnsi="Arial" w:cs="Arial"/>
          <w:sz w:val="22"/>
          <w:szCs w:val="22"/>
          <w:lang w:val="fr-CA"/>
        </w:rPr>
        <w:t>_</w:t>
      </w:r>
      <w:r>
        <w:rPr>
          <w:rFonts w:ascii="Arial" w:hAnsi="Arial" w:cs="Arial"/>
          <w:sz w:val="22"/>
          <w:szCs w:val="22"/>
          <w:lang w:val="fr-CA"/>
        </w:rPr>
        <w:t>__</w:t>
      </w:r>
      <w:r w:rsidR="00FF33FE">
        <w:rPr>
          <w:rFonts w:ascii="Arial" w:hAnsi="Arial" w:cs="Arial"/>
          <w:sz w:val="22"/>
          <w:szCs w:val="22"/>
          <w:lang w:val="fr-CA"/>
        </w:rPr>
        <w:t>_</w:t>
      </w:r>
      <w:r>
        <w:rPr>
          <w:rFonts w:ascii="Arial" w:hAnsi="Arial" w:cs="Arial"/>
          <w:sz w:val="22"/>
          <w:szCs w:val="22"/>
          <w:lang w:val="fr-CA"/>
        </w:rPr>
        <w:t>_________</w:t>
      </w:r>
    </w:p>
    <w:p w14:paraId="6D056AC0" w14:textId="77777777" w:rsidR="006B2E46" w:rsidRDefault="006B2E46" w:rsidP="00951044">
      <w:pPr>
        <w:spacing w:before="0" w:after="0"/>
        <w:rPr>
          <w:rFonts w:ascii="Arial" w:hAnsi="Arial" w:cs="Arial"/>
          <w:sz w:val="22"/>
          <w:szCs w:val="22"/>
          <w:lang w:val="fr-CA"/>
        </w:rPr>
      </w:pPr>
    </w:p>
    <w:p w14:paraId="52EF577B" w14:textId="6009A4D5" w:rsidR="00951044" w:rsidRPr="00381E62" w:rsidRDefault="00951044" w:rsidP="0095104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Représentant autorisé (nom et fonction) : </w:t>
      </w:r>
    </w:p>
    <w:p w14:paraId="42FBDA62" w14:textId="77777777" w:rsidR="00951044" w:rsidRDefault="00951044" w:rsidP="00951044">
      <w:pPr>
        <w:spacing w:before="0"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________________________________________________</w:t>
      </w:r>
    </w:p>
    <w:p w14:paraId="1E989797" w14:textId="77777777" w:rsidR="00951044" w:rsidRPr="00381E62" w:rsidRDefault="00951044" w:rsidP="00AB38B4">
      <w:pPr>
        <w:spacing w:before="0" w:after="0"/>
        <w:rPr>
          <w:rFonts w:ascii="Arial" w:hAnsi="Arial" w:cs="Arial"/>
          <w:sz w:val="22"/>
          <w:szCs w:val="22"/>
          <w:lang w:val="fr-CA"/>
        </w:rPr>
      </w:pPr>
    </w:p>
    <w:p w14:paraId="6150F948" w14:textId="77777777" w:rsidR="001F29F8" w:rsidRPr="00381E62" w:rsidRDefault="0034015D" w:rsidP="00AB38B4">
      <w:pPr>
        <w:spacing w:before="0" w:after="0"/>
        <w:rPr>
          <w:rFonts w:ascii="Arial" w:hAnsi="Arial" w:cs="Arial"/>
          <w:sz w:val="22"/>
          <w:szCs w:val="22"/>
          <w:u w:val="single"/>
          <w:lang w:val="fr-CA"/>
        </w:rPr>
      </w:pPr>
      <w:r w:rsidRPr="00381E62">
        <w:rPr>
          <w:rFonts w:ascii="Arial" w:hAnsi="Arial" w:cs="Arial"/>
          <w:sz w:val="22"/>
          <w:szCs w:val="22"/>
          <w:u w:val="single"/>
          <w:lang w:val="fr-CA"/>
        </w:rPr>
        <w:t>Coordonnées</w:t>
      </w:r>
      <w:r w:rsidRPr="000D6E49">
        <w:rPr>
          <w:rFonts w:ascii="Arial" w:hAnsi="Arial" w:cs="Arial"/>
          <w:sz w:val="22"/>
          <w:szCs w:val="22"/>
          <w:lang w:val="fr-CA"/>
        </w:rPr>
        <w:t xml:space="preserve"> </w:t>
      </w:r>
      <w:r w:rsidR="001F29F8" w:rsidRPr="000D6E49">
        <w:rPr>
          <w:rFonts w:ascii="Arial" w:hAnsi="Arial" w:cs="Arial"/>
          <w:sz w:val="22"/>
          <w:szCs w:val="22"/>
          <w:lang w:val="fr-CA"/>
        </w:rPr>
        <w:t>:</w:t>
      </w:r>
    </w:p>
    <w:p w14:paraId="70382D4E" w14:textId="302F9E0A" w:rsidR="001F29F8" w:rsidRPr="00AB38B4" w:rsidRDefault="001F29F8" w:rsidP="00AB38B4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fr-CA"/>
        </w:rPr>
      </w:pPr>
      <w:r w:rsidRPr="00AB38B4">
        <w:rPr>
          <w:rFonts w:ascii="Arial" w:hAnsi="Arial" w:cs="Arial"/>
          <w:sz w:val="22"/>
          <w:szCs w:val="22"/>
          <w:lang w:val="fr-CA"/>
        </w:rPr>
        <w:t>T</w:t>
      </w:r>
      <w:r w:rsidR="0034015D" w:rsidRPr="00AB38B4">
        <w:rPr>
          <w:rFonts w:ascii="Arial" w:hAnsi="Arial" w:cs="Arial"/>
          <w:sz w:val="22"/>
          <w:szCs w:val="22"/>
          <w:lang w:val="fr-CA"/>
        </w:rPr>
        <w:t>éléphone</w:t>
      </w:r>
      <w:r w:rsidRPr="00AB38B4">
        <w:rPr>
          <w:rFonts w:ascii="Arial" w:hAnsi="Arial" w:cs="Arial"/>
          <w:sz w:val="22"/>
          <w:szCs w:val="22"/>
          <w:lang w:val="fr-CA"/>
        </w:rPr>
        <w:t xml:space="preserve"> : _____________________________</w:t>
      </w:r>
      <w:r w:rsidR="00355C65">
        <w:rPr>
          <w:rFonts w:ascii="Arial" w:hAnsi="Arial" w:cs="Arial"/>
          <w:sz w:val="22"/>
          <w:szCs w:val="22"/>
          <w:lang w:val="fr-CA"/>
        </w:rPr>
        <w:t>_</w:t>
      </w:r>
      <w:r w:rsidRPr="00AB38B4">
        <w:rPr>
          <w:rFonts w:ascii="Arial" w:hAnsi="Arial" w:cs="Arial"/>
          <w:sz w:val="22"/>
          <w:szCs w:val="22"/>
          <w:lang w:val="fr-CA"/>
        </w:rPr>
        <w:t>__</w:t>
      </w:r>
    </w:p>
    <w:p w14:paraId="5C836D1A" w14:textId="2DCEA8B2" w:rsidR="001F29F8" w:rsidRPr="00AB38B4" w:rsidRDefault="001F29F8" w:rsidP="00AB38B4">
      <w:pPr>
        <w:pStyle w:val="Paragraphedeliste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fr-CA"/>
        </w:rPr>
      </w:pPr>
      <w:r w:rsidRPr="00AB38B4">
        <w:rPr>
          <w:rFonts w:ascii="Arial" w:hAnsi="Arial" w:cs="Arial"/>
          <w:sz w:val="22"/>
          <w:szCs w:val="22"/>
          <w:lang w:val="fr-CA"/>
        </w:rPr>
        <w:t>C</w:t>
      </w:r>
      <w:r w:rsidR="0034015D" w:rsidRPr="00AB38B4">
        <w:rPr>
          <w:rFonts w:ascii="Arial" w:hAnsi="Arial" w:cs="Arial"/>
          <w:sz w:val="22"/>
          <w:szCs w:val="22"/>
          <w:lang w:val="fr-CA"/>
        </w:rPr>
        <w:t>ourriel</w:t>
      </w:r>
      <w:r w:rsidRPr="00AB38B4">
        <w:rPr>
          <w:rFonts w:ascii="Arial" w:hAnsi="Arial" w:cs="Arial"/>
          <w:sz w:val="22"/>
          <w:szCs w:val="22"/>
          <w:lang w:val="fr-CA"/>
        </w:rPr>
        <w:t xml:space="preserve"> : ________________________________</w:t>
      </w:r>
      <w:r w:rsidR="00355C65">
        <w:rPr>
          <w:rFonts w:ascii="Arial" w:hAnsi="Arial" w:cs="Arial"/>
          <w:sz w:val="22"/>
          <w:szCs w:val="22"/>
          <w:lang w:val="fr-CA"/>
        </w:rPr>
        <w:t>_</w:t>
      </w:r>
      <w:r w:rsidRPr="00AB38B4">
        <w:rPr>
          <w:rFonts w:ascii="Arial" w:hAnsi="Arial" w:cs="Arial"/>
          <w:sz w:val="22"/>
          <w:szCs w:val="22"/>
          <w:lang w:val="fr-CA"/>
        </w:rPr>
        <w:t>_</w:t>
      </w:r>
    </w:p>
    <w:p w14:paraId="65AD8261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2. Documents obligatoires à joindre</w:t>
      </w:r>
    </w:p>
    <w:p w14:paraId="4C6FAEE9" w14:textId="77777777" w:rsidR="001D0C63" w:rsidRPr="00381E62" w:rsidRDefault="0034015D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Certificat d’assurance responsabilité civile (minimum 2 000 000 $)</w:t>
      </w:r>
    </w:p>
    <w:p w14:paraId="7395FB28" w14:textId="77777777" w:rsidR="001D0C63" w:rsidRPr="00381E62" w:rsidRDefault="0034015D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Déclaration écrite pour cascades (si applicable) + preuve d’assurance supplémentaire exigée par la Ville</w:t>
      </w:r>
    </w:p>
    <w:p w14:paraId="5BD1178E" w14:textId="77777777" w:rsidR="001D0C63" w:rsidRPr="00381E62" w:rsidRDefault="0034015D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Copie de l’avis aux citoyens (ou pétition, le cas échéant)</w:t>
      </w:r>
    </w:p>
    <w:p w14:paraId="7F817D52" w14:textId="55C6124A" w:rsidR="001D0C63" w:rsidRPr="0043586C" w:rsidRDefault="0034015D">
      <w:pPr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Consentement des propriétaires des lieux privés (immeubles, terrains, stationnements utilisés)</w:t>
      </w:r>
      <w:r w:rsidR="005977A5" w:rsidRPr="0043586C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25B1B1B8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3. Détails du tournage</w:t>
      </w:r>
    </w:p>
    <w:p w14:paraId="3B396B8A" w14:textId="77777777" w:rsidR="00741D0A" w:rsidRDefault="0034015D" w:rsidP="009231F8">
      <w:pPr>
        <w:pStyle w:val="Paragraphedeliste"/>
        <w:numPr>
          <w:ilvl w:val="0"/>
          <w:numId w:val="20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Résumé du scénario / synopsis détaillé des </w:t>
      </w:r>
      <w:r w:rsidR="001F29F8" w:rsidRPr="00381E62">
        <w:rPr>
          <w:rFonts w:ascii="Arial" w:hAnsi="Arial" w:cs="Arial"/>
          <w:sz w:val="22"/>
          <w:szCs w:val="22"/>
          <w:lang w:val="fr-CA"/>
        </w:rPr>
        <w:t>sc</w:t>
      </w:r>
      <w:r w:rsidR="00355C65">
        <w:rPr>
          <w:rFonts w:ascii="Arial" w:hAnsi="Arial" w:cs="Arial"/>
          <w:sz w:val="22"/>
          <w:szCs w:val="22"/>
          <w:lang w:val="fr-CA"/>
        </w:rPr>
        <w:t>è</w:t>
      </w:r>
      <w:r w:rsidR="001F29F8" w:rsidRPr="00381E62">
        <w:rPr>
          <w:rFonts w:ascii="Arial" w:hAnsi="Arial" w:cs="Arial"/>
          <w:sz w:val="22"/>
          <w:szCs w:val="22"/>
          <w:lang w:val="fr-CA"/>
        </w:rPr>
        <w:t xml:space="preserve">nes : </w:t>
      </w:r>
    </w:p>
    <w:p w14:paraId="33D87A0E" w14:textId="0C24D9D1" w:rsidR="00741D0A" w:rsidRDefault="00741D0A" w:rsidP="00741D0A">
      <w:pPr>
        <w:pStyle w:val="Paragraphedeliste"/>
        <w:ind w:left="36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C84422" w14:textId="7CC4E0EB" w:rsidR="00741D0A" w:rsidRDefault="001F29F8" w:rsidP="00741D0A">
      <w:pPr>
        <w:pStyle w:val="Paragraphedeliste"/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</w:t>
      </w:r>
      <w:r w:rsidR="00741D0A">
        <w:rPr>
          <w:rFonts w:ascii="Arial" w:hAnsi="Arial" w:cs="Arial"/>
          <w:sz w:val="22"/>
          <w:szCs w:val="22"/>
          <w:lang w:val="fr-CA"/>
        </w:rPr>
        <w:t xml:space="preserve"> si des </w:t>
      </w:r>
      <w:r w:rsidR="00741D0A" w:rsidRPr="00741D0A">
        <w:rPr>
          <w:rFonts w:ascii="Arial" w:hAnsi="Arial" w:cs="Arial"/>
          <w:sz w:val="22"/>
          <w:szCs w:val="22"/>
          <w:lang w:val="fr-CA"/>
        </w:rPr>
        <w:t>scène</w:t>
      </w:r>
      <w:r w:rsidR="00741D0A">
        <w:rPr>
          <w:rFonts w:ascii="Arial" w:hAnsi="Arial" w:cs="Arial"/>
          <w:sz w:val="22"/>
          <w:szCs w:val="22"/>
          <w:lang w:val="fr-CA"/>
        </w:rPr>
        <w:t>s</w:t>
      </w:r>
      <w:r w:rsidR="00741D0A" w:rsidRPr="00741D0A">
        <w:rPr>
          <w:rFonts w:ascii="Arial" w:hAnsi="Arial" w:cs="Arial"/>
          <w:sz w:val="22"/>
          <w:szCs w:val="22"/>
          <w:lang w:val="fr-CA"/>
        </w:rPr>
        <w:t xml:space="preserve"> sensible</w:t>
      </w:r>
      <w:r w:rsidR="00741D0A">
        <w:rPr>
          <w:rFonts w:ascii="Arial" w:hAnsi="Arial" w:cs="Arial"/>
          <w:sz w:val="22"/>
          <w:szCs w:val="22"/>
          <w:lang w:val="fr-CA"/>
        </w:rPr>
        <w:t>s</w:t>
      </w:r>
      <w:r w:rsidR="00741D0A" w:rsidRPr="00741D0A">
        <w:rPr>
          <w:rFonts w:ascii="Arial" w:hAnsi="Arial" w:cs="Arial"/>
          <w:sz w:val="22"/>
          <w:szCs w:val="22"/>
          <w:lang w:val="fr-CA"/>
        </w:rPr>
        <w:t>/violen</w:t>
      </w:r>
      <w:r w:rsidR="00741D0A">
        <w:rPr>
          <w:rFonts w:ascii="Arial" w:hAnsi="Arial" w:cs="Arial"/>
          <w:sz w:val="22"/>
          <w:szCs w:val="22"/>
          <w:lang w:val="fr-CA"/>
        </w:rPr>
        <w:t>tes étaient faites</w:t>
      </w:r>
      <w:r w:rsidR="00741D0A" w:rsidRPr="00741D0A">
        <w:rPr>
          <w:rFonts w:ascii="Arial" w:hAnsi="Arial" w:cs="Arial"/>
          <w:sz w:val="22"/>
          <w:szCs w:val="22"/>
          <w:lang w:val="fr-CA"/>
        </w:rPr>
        <w:t xml:space="preserve"> en extérieur.</w:t>
      </w:r>
    </w:p>
    <w:p w14:paraId="3CA0BA24" w14:textId="77777777" w:rsidR="00D675DC" w:rsidRDefault="00D675DC" w:rsidP="00741D0A">
      <w:pPr>
        <w:pStyle w:val="Paragraphedeliste"/>
        <w:ind w:left="360"/>
        <w:rPr>
          <w:rFonts w:ascii="Arial" w:hAnsi="Arial" w:cs="Arial"/>
          <w:sz w:val="22"/>
          <w:szCs w:val="22"/>
          <w:lang w:val="fr-CA"/>
        </w:rPr>
      </w:pPr>
    </w:p>
    <w:p w14:paraId="10D0FB11" w14:textId="06BB42E7" w:rsidR="00D675DC" w:rsidRPr="00D675DC" w:rsidRDefault="00D675DC" w:rsidP="00741D0A">
      <w:pPr>
        <w:pStyle w:val="Paragraphedeliste"/>
        <w:numPr>
          <w:ilvl w:val="0"/>
          <w:numId w:val="21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D675DC">
        <w:rPr>
          <w:rFonts w:ascii="Arial" w:hAnsi="Arial" w:cs="Arial"/>
          <w:sz w:val="22"/>
          <w:szCs w:val="22"/>
          <w:lang w:val="fr-CA"/>
        </w:rPr>
        <w:t xml:space="preserve">Calendrier et horaire du tournage (incluant montage/démontage, précisions intérieur/extérieur, jour/nuit) : </w:t>
      </w:r>
      <w:r w:rsidRPr="00D675DC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D675DC">
        <w:rPr>
          <w:rFonts w:ascii="Arial" w:hAnsi="Arial" w:cs="Arial"/>
          <w:sz w:val="22"/>
          <w:szCs w:val="22"/>
          <w:lang w:val="fr-CA"/>
        </w:rPr>
        <w:t xml:space="preserve"> Document joint</w:t>
      </w:r>
    </w:p>
    <w:p w14:paraId="44B2A08E" w14:textId="77777777" w:rsidR="002E2D43" w:rsidRDefault="002E2D43">
      <w:pPr>
        <w:rPr>
          <w:rFonts w:ascii="Arial" w:hAnsi="Arial" w:cs="Arial"/>
          <w:sz w:val="22"/>
          <w:szCs w:val="22"/>
          <w:lang w:val="fr-CA"/>
        </w:rPr>
        <w:sectPr w:rsidR="002E2D43" w:rsidSect="009231F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FCC1799" w14:textId="77777777" w:rsidR="005977A5" w:rsidRDefault="0034015D" w:rsidP="009231F8">
      <w:pPr>
        <w:pStyle w:val="Paragraphedeliste"/>
        <w:numPr>
          <w:ilvl w:val="0"/>
          <w:numId w:val="21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lastRenderedPageBreak/>
        <w:t>Nombre de personnes impliquées :</w:t>
      </w:r>
    </w:p>
    <w:p w14:paraId="7A51AAE4" w14:textId="67E50CCC" w:rsidR="001D0C63" w:rsidRDefault="005977A5" w:rsidP="005977A5">
      <w:pPr>
        <w:pStyle w:val="Paragraphedeliste"/>
        <w:ind w:left="360" w:firstLine="36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- Équipe technique :</w:t>
      </w:r>
      <w:r w:rsidR="0034015D" w:rsidRPr="00381E62">
        <w:rPr>
          <w:rFonts w:ascii="Arial" w:hAnsi="Arial" w:cs="Arial"/>
          <w:sz w:val="22"/>
          <w:szCs w:val="22"/>
          <w:lang w:val="fr-CA"/>
        </w:rPr>
        <w:t xml:space="preserve"> _</w:t>
      </w:r>
      <w:r w:rsidR="00B679F7">
        <w:rPr>
          <w:rFonts w:ascii="Arial" w:hAnsi="Arial" w:cs="Arial"/>
          <w:sz w:val="22"/>
          <w:szCs w:val="22"/>
          <w:lang w:val="fr-CA"/>
        </w:rPr>
        <w:t>_</w:t>
      </w:r>
      <w:r w:rsidR="0034015D" w:rsidRPr="00381E62">
        <w:rPr>
          <w:rFonts w:ascii="Arial" w:hAnsi="Arial" w:cs="Arial"/>
          <w:sz w:val="22"/>
          <w:szCs w:val="22"/>
          <w:lang w:val="fr-CA"/>
        </w:rPr>
        <w:t>_________________________</w:t>
      </w:r>
    </w:p>
    <w:p w14:paraId="62302899" w14:textId="10377CAA" w:rsidR="005977A5" w:rsidRPr="00381E62" w:rsidRDefault="005977A5" w:rsidP="005977A5">
      <w:pPr>
        <w:pStyle w:val="Paragraphedeliste"/>
        <w:ind w:left="360" w:firstLine="36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- Figurants : ____________________</w:t>
      </w:r>
      <w:r w:rsidR="00B679F7">
        <w:rPr>
          <w:rFonts w:ascii="Arial" w:hAnsi="Arial" w:cs="Arial"/>
          <w:sz w:val="22"/>
          <w:szCs w:val="22"/>
          <w:lang w:val="fr-CA"/>
        </w:rPr>
        <w:t>_</w:t>
      </w:r>
      <w:r>
        <w:rPr>
          <w:rFonts w:ascii="Arial" w:hAnsi="Arial" w:cs="Arial"/>
          <w:sz w:val="22"/>
          <w:szCs w:val="22"/>
          <w:lang w:val="fr-CA"/>
        </w:rPr>
        <w:t>____________</w:t>
      </w:r>
    </w:p>
    <w:p w14:paraId="2A15F533" w14:textId="77777777" w:rsidR="001D0C63" w:rsidRPr="00381E62" w:rsidRDefault="0034015D" w:rsidP="009231F8">
      <w:pPr>
        <w:pStyle w:val="Paragraphedeliste"/>
        <w:numPr>
          <w:ilvl w:val="0"/>
          <w:numId w:val="21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Présence d’animaux à des fins de tournage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Oui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Non</w:t>
      </w:r>
    </w:p>
    <w:p w14:paraId="276C6F7C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4. Lieux et logistique</w:t>
      </w:r>
    </w:p>
    <w:p w14:paraId="05FDA63E" w14:textId="4BA074DF" w:rsidR="001D0C63" w:rsidRPr="00381E62" w:rsidRDefault="005977A5" w:rsidP="009231F8">
      <w:pPr>
        <w:pStyle w:val="Paragraphedeliste"/>
        <w:numPr>
          <w:ilvl w:val="0"/>
          <w:numId w:val="22"/>
        </w:numPr>
        <w:ind w:left="36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 xml:space="preserve">Adresses </w:t>
      </w:r>
      <w:r w:rsidR="0034015D" w:rsidRPr="00381E62">
        <w:rPr>
          <w:rFonts w:ascii="Arial" w:hAnsi="Arial" w:cs="Arial"/>
          <w:sz w:val="22"/>
          <w:szCs w:val="22"/>
          <w:lang w:val="fr-CA"/>
        </w:rPr>
        <w:t>des lieux de tournage</w:t>
      </w:r>
      <w:r w:rsidR="006B2E46">
        <w:rPr>
          <w:rFonts w:ascii="Arial" w:hAnsi="Arial" w:cs="Arial"/>
          <w:sz w:val="22"/>
          <w:szCs w:val="22"/>
          <w:lang w:val="fr-CA"/>
        </w:rPr>
        <w:t xml:space="preserve"> (précisez type</w:t>
      </w:r>
      <w:r>
        <w:rPr>
          <w:rFonts w:ascii="Arial" w:hAnsi="Arial" w:cs="Arial"/>
          <w:sz w:val="22"/>
          <w:szCs w:val="22"/>
          <w:lang w:val="fr-CA"/>
        </w:rPr>
        <w:t xml:space="preserve"> </w:t>
      </w:r>
      <w:r w:rsidR="0034015D" w:rsidRPr="00381E62">
        <w:rPr>
          <w:rFonts w:ascii="Arial" w:hAnsi="Arial" w:cs="Arial"/>
          <w:sz w:val="22"/>
          <w:szCs w:val="22"/>
          <w:lang w:val="fr-CA"/>
        </w:rPr>
        <w:t>:</w:t>
      </w:r>
      <w:r w:rsidR="006B2E46">
        <w:rPr>
          <w:rFonts w:ascii="Arial" w:hAnsi="Arial" w:cs="Arial"/>
          <w:sz w:val="22"/>
          <w:szCs w:val="22"/>
          <w:lang w:val="fr-CA"/>
        </w:rPr>
        <w:t xml:space="preserve"> résidentiel, public, commercial, etc.) :  </w:t>
      </w:r>
      <w:r w:rsidR="0034015D" w:rsidRPr="00381E62">
        <w:rPr>
          <w:rFonts w:ascii="Arial" w:hAnsi="Arial" w:cs="Arial"/>
          <w:sz w:val="22"/>
          <w:szCs w:val="22"/>
          <w:lang w:val="fr-CA"/>
        </w:rPr>
        <w:t xml:space="preserve"> 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____________________________________________</w:t>
      </w:r>
      <w:r w:rsidR="0034015D" w:rsidRPr="00381E62">
        <w:rPr>
          <w:rFonts w:ascii="Arial" w:hAnsi="Arial" w:cs="Arial"/>
          <w:sz w:val="22"/>
          <w:szCs w:val="22"/>
          <w:lang w:val="fr-CA"/>
        </w:rPr>
        <w:t>________</w:t>
      </w:r>
      <w:r w:rsidR="00381E62" w:rsidRPr="00381E62">
        <w:rPr>
          <w:rFonts w:ascii="Arial" w:hAnsi="Arial" w:cs="Arial"/>
          <w:sz w:val="22"/>
          <w:szCs w:val="22"/>
          <w:lang w:val="fr-CA"/>
        </w:rPr>
        <w:t>___________________</w:t>
      </w:r>
      <w:r w:rsidR="00B859D6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_____________________</w:t>
      </w:r>
      <w:r w:rsidR="00381E62" w:rsidRPr="00381E62">
        <w:rPr>
          <w:rFonts w:ascii="Arial" w:hAnsi="Arial" w:cs="Arial"/>
          <w:sz w:val="22"/>
          <w:szCs w:val="22"/>
          <w:lang w:val="fr-CA"/>
        </w:rPr>
        <w:t>________</w:t>
      </w:r>
      <w:r>
        <w:rPr>
          <w:rFonts w:ascii="Arial" w:hAnsi="Arial" w:cs="Arial"/>
          <w:sz w:val="22"/>
          <w:szCs w:val="22"/>
          <w:lang w:val="fr-CA"/>
        </w:rPr>
        <w:t>_____________________________________________</w:t>
      </w:r>
      <w:r w:rsidR="00381E62" w:rsidRPr="00381E62">
        <w:rPr>
          <w:rFonts w:ascii="Arial" w:hAnsi="Arial" w:cs="Arial"/>
          <w:sz w:val="22"/>
          <w:szCs w:val="22"/>
          <w:lang w:val="fr-CA"/>
        </w:rPr>
        <w:t>__________________________</w:t>
      </w:r>
    </w:p>
    <w:p w14:paraId="6EDF42DB" w14:textId="3A177A29" w:rsidR="001D0C63" w:rsidRPr="00381E62" w:rsidRDefault="0034015D" w:rsidP="009231F8">
      <w:pPr>
        <w:pStyle w:val="Paragraphedeliste"/>
        <w:numPr>
          <w:ilvl w:val="0"/>
          <w:numId w:val="22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Camp de base prévu</w:t>
      </w:r>
      <w:r w:rsidR="0087597C">
        <w:rPr>
          <w:rFonts w:ascii="Arial" w:hAnsi="Arial" w:cs="Arial"/>
          <w:sz w:val="22"/>
          <w:szCs w:val="22"/>
          <w:lang w:val="fr-CA"/>
        </w:rPr>
        <w:t xml:space="preserve"> sur le territoire de la ville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Oui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Non</w:t>
      </w:r>
    </w:p>
    <w:p w14:paraId="3D654BB5" w14:textId="77777777" w:rsidR="0087597C" w:rsidRDefault="0034015D" w:rsidP="009231F8">
      <w:pPr>
        <w:pStyle w:val="Paragraphedeliste"/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Si oui, </w:t>
      </w:r>
      <w:r w:rsidR="0087597C">
        <w:rPr>
          <w:rFonts w:ascii="Arial" w:hAnsi="Arial" w:cs="Arial"/>
          <w:sz w:val="22"/>
          <w:szCs w:val="22"/>
          <w:lang w:val="fr-CA"/>
        </w:rPr>
        <w:t xml:space="preserve">est-ce en terrain privé ? </w:t>
      </w:r>
      <w:r w:rsidR="0087597C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87597C" w:rsidRPr="00381E62">
        <w:rPr>
          <w:rFonts w:ascii="Arial" w:hAnsi="Arial" w:cs="Arial"/>
          <w:sz w:val="22"/>
          <w:szCs w:val="22"/>
          <w:lang w:val="fr-CA"/>
        </w:rPr>
        <w:t xml:space="preserve"> Oui </w:t>
      </w:r>
      <w:r w:rsidR="0087597C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87597C" w:rsidRPr="00381E62">
        <w:rPr>
          <w:rFonts w:ascii="Arial" w:hAnsi="Arial" w:cs="Arial"/>
          <w:sz w:val="22"/>
          <w:szCs w:val="22"/>
          <w:lang w:val="fr-CA"/>
        </w:rPr>
        <w:t xml:space="preserve"> Non </w:t>
      </w:r>
    </w:p>
    <w:p w14:paraId="0BBAF267" w14:textId="7D6664FC" w:rsidR="006B2E46" w:rsidRDefault="0087597C" w:rsidP="006B2E46">
      <w:pPr>
        <w:pStyle w:val="Paragraphedeliste"/>
        <w:ind w:left="360"/>
        <w:rPr>
          <w:rFonts w:ascii="Segoe UI Symbol" w:hAnsi="Segoe UI Symbol" w:cs="Segoe UI Symbo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Si</w:t>
      </w:r>
      <w:r w:rsidR="00C05D9C">
        <w:rPr>
          <w:rFonts w:ascii="Arial" w:hAnsi="Arial" w:cs="Arial"/>
          <w:sz w:val="22"/>
          <w:szCs w:val="22"/>
          <w:lang w:val="fr-CA"/>
        </w:rPr>
        <w:t xml:space="preserve"> </w:t>
      </w:r>
      <w:r>
        <w:rPr>
          <w:rFonts w:ascii="Arial" w:hAnsi="Arial" w:cs="Arial"/>
          <w:sz w:val="22"/>
          <w:szCs w:val="22"/>
          <w:lang w:val="fr-CA"/>
        </w:rPr>
        <w:t xml:space="preserve">non, précisez le lieu souhaité </w:t>
      </w:r>
      <w:r w:rsidR="0034015D" w:rsidRPr="00381E62">
        <w:rPr>
          <w:rFonts w:ascii="Arial" w:hAnsi="Arial" w:cs="Arial"/>
          <w:sz w:val="22"/>
          <w:szCs w:val="22"/>
          <w:lang w:val="fr-CA"/>
        </w:rPr>
        <w:t xml:space="preserve">: </w:t>
      </w:r>
      <w:r>
        <w:rPr>
          <w:rFonts w:ascii="Segoe UI Symbol" w:hAnsi="Segoe UI Symbol" w:cs="Segoe UI Symbol"/>
          <w:sz w:val="22"/>
          <w:szCs w:val="22"/>
          <w:lang w:val="fr-CA"/>
        </w:rPr>
        <w:t>______________________________________________________________________</w:t>
      </w:r>
    </w:p>
    <w:p w14:paraId="555083ED" w14:textId="2AE526C1" w:rsidR="006B2E46" w:rsidRPr="006B2E46" w:rsidRDefault="006B2E46" w:rsidP="006B2E46">
      <w:pPr>
        <w:pStyle w:val="Paragraphedeliste"/>
        <w:numPr>
          <w:ilvl w:val="0"/>
          <w:numId w:val="26"/>
        </w:numPr>
        <w:rPr>
          <w:rFonts w:ascii="Segoe UI Symbol" w:hAnsi="Segoe UI Symbol" w:cs="Segoe UI Symbol"/>
          <w:sz w:val="22"/>
          <w:szCs w:val="22"/>
          <w:lang w:val="fr-CA"/>
        </w:rPr>
      </w:pPr>
      <w:r>
        <w:rPr>
          <w:rFonts w:ascii="Segoe UI Symbol" w:hAnsi="Segoe UI Symbol" w:cs="Segoe UI Symbol"/>
          <w:sz w:val="22"/>
          <w:szCs w:val="22"/>
          <w:lang w:val="fr-CA"/>
        </w:rPr>
        <w:t xml:space="preserve">Adresse salle d’appui : __________________________________________________________________________________ </w:t>
      </w:r>
    </w:p>
    <w:p w14:paraId="058B7EDE" w14:textId="77777777" w:rsidR="001D0C63" w:rsidRPr="00381E62" w:rsidRDefault="0034015D" w:rsidP="009231F8">
      <w:pPr>
        <w:pStyle w:val="Paragraphedeliste"/>
        <w:numPr>
          <w:ilvl w:val="0"/>
          <w:numId w:val="22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Plan de circulation (incluant mesures d’urgence et de sécurité)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</w:t>
      </w:r>
    </w:p>
    <w:p w14:paraId="538EB7AE" w14:textId="5DC799C5" w:rsidR="001D0C63" w:rsidRPr="00381E62" w:rsidRDefault="0034015D" w:rsidP="009231F8">
      <w:pPr>
        <w:pStyle w:val="Paragraphedeliste"/>
        <w:numPr>
          <w:ilvl w:val="0"/>
          <w:numId w:val="22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Si fermeture de rues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Plan de détour et de signalisation joint</w:t>
      </w:r>
    </w:p>
    <w:p w14:paraId="25296E6C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5. Équipements et véhicules</w:t>
      </w:r>
    </w:p>
    <w:p w14:paraId="1F3D4A38" w14:textId="084D872B" w:rsidR="0087597C" w:rsidRDefault="0087597C" w:rsidP="0043586C">
      <w:pPr>
        <w:pStyle w:val="Paragraphedeliste"/>
        <w:numPr>
          <w:ilvl w:val="0"/>
          <w:numId w:val="23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Liste des véhicules de production (nombre, dimensions, format, plaques)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</w:t>
      </w:r>
    </w:p>
    <w:p w14:paraId="2B56B2C5" w14:textId="766C3A18" w:rsidR="001A4BD7" w:rsidRPr="001A4BD7" w:rsidRDefault="001A4BD7" w:rsidP="0043586C">
      <w:pPr>
        <w:pStyle w:val="Paragraphedeliste"/>
        <w:numPr>
          <w:ilvl w:val="0"/>
          <w:numId w:val="23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Plan de stationnement</w:t>
      </w:r>
      <w:r>
        <w:rPr>
          <w:rFonts w:ascii="Arial" w:hAnsi="Arial" w:cs="Arial"/>
          <w:sz w:val="22"/>
          <w:szCs w:val="22"/>
          <w:lang w:val="fr-CA"/>
        </w:rPr>
        <w:t xml:space="preserve"> pour véhicule de production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: </w:t>
      </w: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</w:t>
      </w:r>
    </w:p>
    <w:p w14:paraId="1DB49624" w14:textId="076AE787" w:rsidR="001A4BD7" w:rsidRDefault="001A4BD7" w:rsidP="0043586C">
      <w:pPr>
        <w:pStyle w:val="Paragraphedeliste"/>
        <w:numPr>
          <w:ilvl w:val="0"/>
          <w:numId w:val="23"/>
        </w:numPr>
        <w:ind w:left="360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 xml:space="preserve">Plan de stationnement pour véhicules personnels de l’équipe : </w:t>
      </w:r>
      <w:r w:rsidR="00893345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893345" w:rsidRPr="00381E62">
        <w:rPr>
          <w:rFonts w:ascii="Arial" w:hAnsi="Arial" w:cs="Arial"/>
          <w:sz w:val="22"/>
          <w:szCs w:val="22"/>
          <w:lang w:val="fr-CA"/>
        </w:rPr>
        <w:t xml:space="preserve"> Document joint</w:t>
      </w:r>
    </w:p>
    <w:p w14:paraId="6F06B2D6" w14:textId="2699F2AD" w:rsidR="00381E62" w:rsidRPr="00381E62" w:rsidRDefault="0034015D" w:rsidP="0043586C">
      <w:pPr>
        <w:pStyle w:val="Paragraphedeliste"/>
        <w:numPr>
          <w:ilvl w:val="0"/>
          <w:numId w:val="23"/>
        </w:numPr>
        <w:ind w:left="36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 xml:space="preserve">Équipements </w:t>
      </w:r>
      <w:r w:rsidR="0087597C">
        <w:rPr>
          <w:rFonts w:ascii="Arial" w:hAnsi="Arial" w:cs="Arial"/>
          <w:sz w:val="22"/>
          <w:szCs w:val="22"/>
          <w:lang w:val="fr-CA"/>
        </w:rPr>
        <w:t>techniques supplémentaires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(éclairage, grues, génératrices, haut-parleurs, décors, etc.) :</w:t>
      </w:r>
    </w:p>
    <w:p w14:paraId="153D00CA" w14:textId="79A80A29" w:rsidR="001D0C63" w:rsidRPr="00381E62" w:rsidRDefault="0034015D" w:rsidP="0043586C">
      <w:pPr>
        <w:pStyle w:val="Paragraphedeliste"/>
        <w:ind w:left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 </w:t>
      </w:r>
      <w:r w:rsidR="006B62DE">
        <w:rPr>
          <w:rFonts w:ascii="Arial" w:hAnsi="Arial" w:cs="Arial"/>
          <w:sz w:val="22"/>
          <w:szCs w:val="22"/>
          <w:lang w:val="fr-CA"/>
        </w:rPr>
        <w:t>ou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description : ______________________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____________________________________________________________</w:t>
      </w:r>
      <w:r w:rsidR="00B859D6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________________________</w:t>
      </w:r>
      <w:r w:rsidR="00B859D6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________________________</w:t>
      </w:r>
      <w:r w:rsidR="00381E62">
        <w:rPr>
          <w:rFonts w:ascii="Arial" w:hAnsi="Arial" w:cs="Arial"/>
          <w:sz w:val="22"/>
          <w:szCs w:val="22"/>
          <w:lang w:val="fr-CA"/>
        </w:rPr>
        <w:t>_______________</w:t>
      </w:r>
      <w:r w:rsidR="0087597C">
        <w:rPr>
          <w:rFonts w:ascii="Arial" w:hAnsi="Arial" w:cs="Arial"/>
          <w:sz w:val="22"/>
          <w:szCs w:val="22"/>
          <w:lang w:val="fr-CA"/>
        </w:rPr>
        <w:t>_____________________________________________</w:t>
      </w:r>
      <w:r w:rsidR="00381E62">
        <w:rPr>
          <w:rFonts w:ascii="Arial" w:hAnsi="Arial" w:cs="Arial"/>
          <w:sz w:val="22"/>
          <w:szCs w:val="22"/>
          <w:lang w:val="fr-CA"/>
        </w:rPr>
        <w:t>______________________</w:t>
      </w:r>
    </w:p>
    <w:p w14:paraId="133D796B" w14:textId="5EF04B5D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6. Effets spéciaux et certifications</w:t>
      </w:r>
    </w:p>
    <w:p w14:paraId="3867BF6F" w14:textId="724E6C34" w:rsidR="001D0C63" w:rsidRPr="00381E62" w:rsidRDefault="0034015D" w:rsidP="00381E62">
      <w:pPr>
        <w:pStyle w:val="Paragraphedeliste"/>
        <w:numPr>
          <w:ilvl w:val="0"/>
          <w:numId w:val="24"/>
        </w:num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Effets spéciaux, cascades, pyrotechnie</w:t>
      </w:r>
      <w:r w:rsidR="00224BA6" w:rsidRPr="00381E62">
        <w:rPr>
          <w:rFonts w:ascii="Arial" w:hAnsi="Arial" w:cs="Arial"/>
          <w:sz w:val="22"/>
          <w:szCs w:val="22"/>
          <w:lang w:val="fr-CA"/>
        </w:rPr>
        <w:t xml:space="preserve">, matières </w:t>
      </w:r>
      <w:r w:rsidR="00355C65" w:rsidRPr="00381E62">
        <w:rPr>
          <w:rFonts w:ascii="Arial" w:hAnsi="Arial" w:cs="Arial"/>
          <w:sz w:val="22"/>
          <w:szCs w:val="22"/>
          <w:lang w:val="fr-CA"/>
        </w:rPr>
        <w:t>dangereuses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: </w:t>
      </w:r>
    </w:p>
    <w:p w14:paraId="234514D7" w14:textId="0AA77402" w:rsidR="00224BA6" w:rsidRPr="00381E62" w:rsidRDefault="00224BA6" w:rsidP="00355C65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Document joint </w:t>
      </w:r>
      <w:r w:rsidR="006B62DE">
        <w:rPr>
          <w:rFonts w:ascii="Arial" w:hAnsi="Arial" w:cs="Arial"/>
          <w:sz w:val="22"/>
          <w:szCs w:val="22"/>
          <w:lang w:val="fr-CA"/>
        </w:rPr>
        <w:t>ou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description : 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_______________________________________________________________________________________________________________________________</w:t>
      </w:r>
      <w:r w:rsidR="001A4BD7">
        <w:rPr>
          <w:rFonts w:ascii="Arial" w:hAnsi="Arial" w:cs="Arial"/>
          <w:sz w:val="22"/>
          <w:szCs w:val="22"/>
          <w:lang w:val="fr-CA"/>
        </w:rPr>
        <w:t>________________________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</w:t>
      </w:r>
    </w:p>
    <w:p w14:paraId="7F27DCB0" w14:textId="77777777" w:rsidR="001D0C63" w:rsidRPr="00381E62" w:rsidRDefault="0034015D" w:rsidP="00381E62">
      <w:pPr>
        <w:pStyle w:val="Paragraphedeliste"/>
        <w:numPr>
          <w:ilvl w:val="0"/>
          <w:numId w:val="24"/>
        </w:num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Certifications requises (cochez si applicable et joindre copie) :</w:t>
      </w:r>
    </w:p>
    <w:p w14:paraId="374A4433" w14:textId="4485215B" w:rsidR="001D0C63" w:rsidRPr="00381E62" w:rsidRDefault="0034015D" w:rsidP="00355C65">
      <w:pPr>
        <w:spacing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Exploitation de drone</w:t>
      </w:r>
    </w:p>
    <w:p w14:paraId="37272089" w14:textId="59E1BFBA" w:rsidR="001D0C63" w:rsidRPr="00381E62" w:rsidRDefault="0034015D" w:rsidP="00355C65">
      <w:pPr>
        <w:spacing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Utilisation de pièces pyrotechniques</w:t>
      </w:r>
    </w:p>
    <w:p w14:paraId="7317F099" w14:textId="3EC168DB" w:rsidR="001D0C63" w:rsidRPr="00381E62" w:rsidRDefault="0034015D" w:rsidP="00355C65">
      <w:pPr>
        <w:spacing w:after="0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Autre : 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</w:t>
      </w:r>
      <w:r w:rsidR="000D6E49">
        <w:rPr>
          <w:rFonts w:ascii="Arial" w:hAnsi="Arial" w:cs="Arial"/>
          <w:sz w:val="22"/>
          <w:szCs w:val="22"/>
          <w:lang w:val="fr-CA"/>
        </w:rPr>
        <w:t>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</w:t>
      </w:r>
      <w:r w:rsidRPr="00381E62">
        <w:rPr>
          <w:rFonts w:ascii="Arial" w:hAnsi="Arial" w:cs="Arial"/>
          <w:sz w:val="22"/>
          <w:szCs w:val="22"/>
          <w:lang w:val="fr-CA"/>
        </w:rPr>
        <w:t>_______</w:t>
      </w:r>
    </w:p>
    <w:p w14:paraId="78760CB3" w14:textId="77777777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lastRenderedPageBreak/>
        <w:t>7. Services municipaux requis</w:t>
      </w:r>
    </w:p>
    <w:p w14:paraId="63D21740" w14:textId="77777777" w:rsidR="001D0C63" w:rsidRPr="00381E62" w:rsidRDefault="0034015D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Eau potable (branchement réseau aqueduc)</w:t>
      </w:r>
    </w:p>
    <w:p w14:paraId="0DD2E591" w14:textId="2D6EE1D0" w:rsidR="001D0C63" w:rsidRPr="00381E62" w:rsidRDefault="0034015D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 Utilisation d’électricité municipale</w:t>
      </w:r>
      <w:r w:rsidR="001A4BD7">
        <w:rPr>
          <w:rFonts w:ascii="Arial" w:hAnsi="Arial" w:cs="Arial"/>
          <w:sz w:val="22"/>
          <w:szCs w:val="22"/>
          <w:lang w:val="fr-CA"/>
        </w:rPr>
        <w:t xml:space="preserve"> (</w:t>
      </w:r>
      <w:r w:rsidR="00C05D9C">
        <w:rPr>
          <w:rFonts w:ascii="Arial" w:hAnsi="Arial" w:cs="Arial"/>
          <w:sz w:val="22"/>
          <w:szCs w:val="22"/>
          <w:lang w:val="fr-CA"/>
        </w:rPr>
        <w:t>f</w:t>
      </w:r>
      <w:r w:rsidR="001A4BD7" w:rsidRPr="00381E62">
        <w:rPr>
          <w:rFonts w:ascii="Arial" w:hAnsi="Arial" w:cs="Arial"/>
          <w:sz w:val="22"/>
          <w:szCs w:val="22"/>
          <w:lang w:val="fr-CA"/>
        </w:rPr>
        <w:t>ournir le plan de branchement le cas échéant</w:t>
      </w:r>
      <w:r w:rsidR="001A4BD7">
        <w:rPr>
          <w:rFonts w:ascii="Arial" w:hAnsi="Arial" w:cs="Arial"/>
          <w:sz w:val="22"/>
          <w:szCs w:val="22"/>
          <w:lang w:val="fr-CA"/>
        </w:rPr>
        <w:t>).</w:t>
      </w:r>
    </w:p>
    <w:p w14:paraId="6B28AFC3" w14:textId="4A8A4A60" w:rsidR="00224BA6" w:rsidRDefault="0043586C">
      <w:pPr>
        <w:rPr>
          <w:rFonts w:ascii="Arial" w:hAnsi="Arial" w:cs="Arial"/>
          <w:sz w:val="22"/>
          <w:szCs w:val="22"/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B123A8" wp14:editId="4E641A09">
                <wp:simplePos x="0" y="0"/>
                <wp:positionH relativeFrom="column">
                  <wp:posOffset>-85725</wp:posOffset>
                </wp:positionH>
                <wp:positionV relativeFrom="paragraph">
                  <wp:posOffset>459105</wp:posOffset>
                </wp:positionV>
                <wp:extent cx="6564630" cy="666750"/>
                <wp:effectExtent l="57150" t="19050" r="83820" b="95250"/>
                <wp:wrapNone/>
                <wp:docPr id="20543399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4630" cy="666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875B8D2" id="Rectangle 1" o:spid="_x0000_s1026" style="position:absolute;margin-left:-6.75pt;margin-top:36.15pt;width:516.9pt;height:5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" fillcolor="#ffc000" strokecolor="#6ab8a0 [3046]">
                <v:shadow on="t" color="black" opacity="22937f" origin=",.5" offset="0,.63889mm"/>
              </v:rect>
            </w:pict>
          </mc:Fallback>
        </mc:AlternateContent>
      </w:r>
      <w:r w:rsidR="0034015D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34015D" w:rsidRPr="00381E62">
        <w:rPr>
          <w:rFonts w:ascii="Arial" w:hAnsi="Arial" w:cs="Arial"/>
          <w:sz w:val="22"/>
          <w:szCs w:val="22"/>
          <w:lang w:val="fr-CA"/>
        </w:rPr>
        <w:t xml:space="preserve"> Autres services</w:t>
      </w:r>
      <w:r w:rsidR="00C05D9C">
        <w:rPr>
          <w:rFonts w:ascii="Arial" w:hAnsi="Arial" w:cs="Arial"/>
          <w:sz w:val="22"/>
          <w:szCs w:val="22"/>
          <w:lang w:val="fr-CA"/>
        </w:rPr>
        <w:t> </w:t>
      </w:r>
      <w:r w:rsidR="0034015D" w:rsidRPr="00381E62">
        <w:rPr>
          <w:rFonts w:ascii="Arial" w:hAnsi="Arial" w:cs="Arial"/>
          <w:sz w:val="22"/>
          <w:szCs w:val="22"/>
          <w:lang w:val="fr-CA"/>
        </w:rPr>
        <w:t>: ______________________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</w:t>
      </w:r>
      <w:r w:rsidR="000D6E49">
        <w:rPr>
          <w:rFonts w:ascii="Arial" w:hAnsi="Arial" w:cs="Arial"/>
          <w:sz w:val="22"/>
          <w:szCs w:val="22"/>
          <w:lang w:val="fr-CA"/>
        </w:rPr>
        <w:t>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</w:t>
      </w:r>
      <w:r w:rsidR="0034015D" w:rsidRPr="00381E62">
        <w:rPr>
          <w:rFonts w:ascii="Arial" w:hAnsi="Arial" w:cs="Arial"/>
          <w:sz w:val="22"/>
          <w:szCs w:val="22"/>
          <w:lang w:val="fr-CA"/>
        </w:rPr>
        <w:t>____</w:t>
      </w:r>
    </w:p>
    <w:p w14:paraId="46932EEA" w14:textId="7722883D" w:rsidR="00C14B06" w:rsidRDefault="006B2E46" w:rsidP="0043586C">
      <w:pPr>
        <w:rPr>
          <w:rFonts w:ascii="Arial" w:hAnsi="Arial" w:cs="Arial"/>
          <w:b/>
          <w:bCs/>
          <w:lang w:val="fr-CA"/>
        </w:rPr>
      </w:pPr>
      <w:r w:rsidRPr="00C14B06">
        <w:rPr>
          <w:rFonts w:ascii="Arial" w:hAnsi="Arial" w:cs="Arial"/>
          <w:b/>
          <w:bCs/>
          <w:lang w:val="fr-CA"/>
        </w:rPr>
        <w:t>Réservé à l’administration – Pétition requise</w:t>
      </w:r>
      <w:r w:rsidR="00C05D9C" w:rsidRPr="00C14B06">
        <w:rPr>
          <w:rFonts w:ascii="Arial" w:hAnsi="Arial" w:cs="Arial"/>
          <w:b/>
          <w:bCs/>
          <w:lang w:val="fr-CA"/>
        </w:rPr>
        <w:t> </w:t>
      </w:r>
      <w:r w:rsidRPr="00C14B06">
        <w:rPr>
          <w:rFonts w:ascii="Arial" w:hAnsi="Arial" w:cs="Arial"/>
          <w:b/>
          <w:bCs/>
          <w:lang w:val="fr-CA"/>
        </w:rPr>
        <w:t xml:space="preserve">: </w:t>
      </w:r>
      <w:r w:rsidR="00C14B06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C14B06" w:rsidRPr="00381E62">
        <w:rPr>
          <w:rFonts w:ascii="Arial" w:hAnsi="Arial" w:cs="Arial"/>
          <w:sz w:val="22"/>
          <w:szCs w:val="22"/>
          <w:lang w:val="fr-CA"/>
        </w:rPr>
        <w:t xml:space="preserve"> </w:t>
      </w:r>
      <w:r w:rsidR="000D6E49">
        <w:rPr>
          <w:rFonts w:ascii="Arial" w:hAnsi="Arial" w:cs="Arial"/>
          <w:b/>
          <w:bCs/>
          <w:lang w:val="fr-CA"/>
        </w:rPr>
        <w:t>O</w:t>
      </w:r>
      <w:r w:rsidRPr="00C14B06">
        <w:rPr>
          <w:rFonts w:ascii="Arial" w:hAnsi="Arial" w:cs="Arial"/>
          <w:b/>
          <w:bCs/>
          <w:lang w:val="fr-CA"/>
        </w:rPr>
        <w:t xml:space="preserve">ui </w:t>
      </w:r>
      <w:r w:rsidR="00C14B06" w:rsidRPr="00381E62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="00C14B06" w:rsidRPr="00381E62">
        <w:rPr>
          <w:rFonts w:ascii="Arial" w:hAnsi="Arial" w:cs="Arial"/>
          <w:sz w:val="22"/>
          <w:szCs w:val="22"/>
          <w:lang w:val="fr-CA"/>
        </w:rPr>
        <w:t xml:space="preserve"> </w:t>
      </w:r>
      <w:r w:rsidRPr="00C14B06">
        <w:rPr>
          <w:rFonts w:ascii="Arial" w:hAnsi="Arial" w:cs="Arial"/>
          <w:b/>
          <w:bCs/>
          <w:lang w:val="fr-CA"/>
        </w:rPr>
        <w:t xml:space="preserve">Non </w:t>
      </w:r>
    </w:p>
    <w:p w14:paraId="0839A8C9" w14:textId="508CE239" w:rsidR="00741D0A" w:rsidRPr="00C14B06" w:rsidRDefault="006B2E46" w:rsidP="0043586C">
      <w:pPr>
        <w:rPr>
          <w:rFonts w:ascii="Arial" w:hAnsi="Arial" w:cs="Arial"/>
          <w:b/>
          <w:bCs/>
          <w:lang w:val="fr-CA"/>
        </w:rPr>
      </w:pPr>
      <w:r w:rsidRPr="00C14B06">
        <w:rPr>
          <w:rFonts w:ascii="Arial" w:hAnsi="Arial" w:cs="Arial"/>
          <w:b/>
          <w:bCs/>
          <w:lang w:val="fr-CA"/>
        </w:rPr>
        <w:t>Notes</w:t>
      </w:r>
      <w:r w:rsidR="00C05D9C" w:rsidRPr="00C14B06">
        <w:rPr>
          <w:rFonts w:ascii="Arial" w:hAnsi="Arial" w:cs="Arial"/>
          <w:b/>
          <w:bCs/>
          <w:lang w:val="fr-CA"/>
        </w:rPr>
        <w:t> </w:t>
      </w:r>
      <w:r w:rsidRPr="00C14B06">
        <w:rPr>
          <w:rFonts w:ascii="Arial" w:hAnsi="Arial" w:cs="Arial"/>
          <w:b/>
          <w:bCs/>
          <w:lang w:val="fr-CA"/>
        </w:rPr>
        <w:t>: _______________________________________________________________________</w:t>
      </w:r>
      <w:r w:rsidR="000D6E49">
        <w:rPr>
          <w:rFonts w:ascii="Arial" w:hAnsi="Arial" w:cs="Arial"/>
          <w:b/>
          <w:bCs/>
          <w:lang w:val="fr-CA"/>
        </w:rPr>
        <w:t>____</w:t>
      </w:r>
      <w:r w:rsidRPr="00C14B06">
        <w:rPr>
          <w:rFonts w:ascii="Arial" w:hAnsi="Arial" w:cs="Arial"/>
          <w:b/>
          <w:bCs/>
          <w:lang w:val="fr-CA"/>
        </w:rPr>
        <w:t>_________</w:t>
      </w:r>
    </w:p>
    <w:p w14:paraId="632D6303" w14:textId="77777777" w:rsidR="0043586C" w:rsidRPr="00C14B06" w:rsidRDefault="0043586C" w:rsidP="0043586C">
      <w:pPr>
        <w:rPr>
          <w:lang w:val="fr-CA"/>
        </w:rPr>
      </w:pPr>
    </w:p>
    <w:p w14:paraId="7EB168C1" w14:textId="748A0B9B" w:rsidR="001D0C63" w:rsidRPr="00381E62" w:rsidRDefault="0034015D">
      <w:pPr>
        <w:pStyle w:val="Titre2"/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8. Responsables du tournage</w:t>
      </w:r>
    </w:p>
    <w:p w14:paraId="7B85BC08" w14:textId="47584D36" w:rsidR="008711FE" w:rsidRPr="00381E62" w:rsidRDefault="0034015D" w:rsidP="008711FE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Nom, fonction et cellulaire</w:t>
      </w:r>
      <w:r w:rsidR="00C05D9C">
        <w:rPr>
          <w:rFonts w:ascii="Arial" w:hAnsi="Arial" w:cs="Arial"/>
          <w:sz w:val="22"/>
          <w:szCs w:val="22"/>
          <w:lang w:val="fr-CA"/>
        </w:rPr>
        <w:t> </w:t>
      </w:r>
      <w:r w:rsidRPr="00381E62">
        <w:rPr>
          <w:rFonts w:ascii="Arial" w:hAnsi="Arial" w:cs="Arial"/>
          <w:sz w:val="22"/>
          <w:szCs w:val="22"/>
          <w:lang w:val="fr-CA"/>
        </w:rPr>
        <w:t>:</w:t>
      </w:r>
      <w:r w:rsidR="001A4BD7">
        <w:rPr>
          <w:rFonts w:ascii="Arial" w:hAnsi="Arial" w:cs="Arial"/>
          <w:sz w:val="22"/>
          <w:szCs w:val="22"/>
          <w:lang w:val="fr-CA"/>
        </w:rPr>
        <w:t xml:space="preserve"> (3 minimum)</w:t>
      </w:r>
    </w:p>
    <w:p w14:paraId="3D8B17E1" w14:textId="293E438C" w:rsidR="001D0C63" w:rsidRPr="00381E62" w:rsidRDefault="0034015D" w:rsidP="008711FE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1. ________________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</w:t>
      </w:r>
    </w:p>
    <w:p w14:paraId="56F08DB2" w14:textId="28369721" w:rsidR="008711FE" w:rsidRPr="00381E62" w:rsidRDefault="0034015D" w:rsidP="008711FE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2. 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</w:t>
      </w:r>
      <w:r w:rsidR="001F29F8" w:rsidRPr="00381E62">
        <w:rPr>
          <w:rFonts w:ascii="Arial" w:hAnsi="Arial" w:cs="Arial"/>
          <w:sz w:val="22"/>
          <w:szCs w:val="22"/>
          <w:lang w:val="fr-CA"/>
        </w:rPr>
        <w:t>_</w:t>
      </w:r>
    </w:p>
    <w:p w14:paraId="241D0596" w14:textId="1EE52251" w:rsidR="008711FE" w:rsidRDefault="008711FE">
      <w:pPr>
        <w:rPr>
          <w:rFonts w:ascii="Arial" w:hAnsi="Arial" w:cs="Arial"/>
          <w:sz w:val="22"/>
          <w:szCs w:val="22"/>
          <w:lang w:val="fr-CA"/>
        </w:rPr>
      </w:pPr>
      <w:r w:rsidRPr="00381E62">
        <w:rPr>
          <w:rFonts w:ascii="Arial" w:hAnsi="Arial" w:cs="Arial"/>
          <w:sz w:val="22"/>
          <w:szCs w:val="22"/>
          <w:lang w:val="fr-CA"/>
        </w:rPr>
        <w:t>3.</w:t>
      </w:r>
      <w:r w:rsidR="00B859D6">
        <w:rPr>
          <w:rFonts w:ascii="Arial" w:hAnsi="Arial" w:cs="Arial"/>
          <w:sz w:val="22"/>
          <w:szCs w:val="22"/>
          <w:lang w:val="fr-CA"/>
        </w:rPr>
        <w:t xml:space="preserve"> </w:t>
      </w:r>
      <w:r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__________________________________________________________________</w:t>
      </w:r>
      <w:r w:rsidR="00B859D6">
        <w:rPr>
          <w:rFonts w:ascii="Arial" w:hAnsi="Arial" w:cs="Arial"/>
          <w:sz w:val="22"/>
          <w:szCs w:val="22"/>
          <w:lang w:val="fr-CA"/>
        </w:rPr>
        <w:t>_____________</w:t>
      </w:r>
      <w:r w:rsidRPr="00381E62">
        <w:rPr>
          <w:rFonts w:ascii="Arial" w:hAnsi="Arial" w:cs="Arial"/>
          <w:sz w:val="22"/>
          <w:szCs w:val="22"/>
          <w:lang w:val="fr-CA"/>
        </w:rPr>
        <w:t>_</w:t>
      </w:r>
    </w:p>
    <w:p w14:paraId="7A1D7A9D" w14:textId="75369FE1" w:rsidR="00B859D6" w:rsidRDefault="001A4BD7">
      <w:pPr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4.</w:t>
      </w:r>
      <w:r w:rsidRPr="001A4BD7">
        <w:rPr>
          <w:rFonts w:ascii="Arial" w:hAnsi="Arial" w:cs="Arial"/>
          <w:sz w:val="22"/>
          <w:szCs w:val="22"/>
          <w:lang w:val="fr-CA"/>
        </w:rPr>
        <w:t xml:space="preserve"> </w:t>
      </w:r>
      <w:r w:rsidRPr="00381E62">
        <w:rPr>
          <w:rFonts w:ascii="Arial" w:hAnsi="Arial" w:cs="Arial"/>
          <w:sz w:val="22"/>
          <w:szCs w:val="22"/>
          <w:lang w:val="fr-CA"/>
        </w:rPr>
        <w:t>_</w:t>
      </w:r>
      <w:r w:rsidR="00B859D6">
        <w:rPr>
          <w:rFonts w:ascii="Arial" w:hAnsi="Arial" w:cs="Arial"/>
          <w:sz w:val="22"/>
          <w:szCs w:val="22"/>
          <w:lang w:val="fr-CA"/>
        </w:rPr>
        <w:t>_____________</w:t>
      </w:r>
      <w:r w:rsidRPr="00381E62">
        <w:rPr>
          <w:rFonts w:ascii="Arial" w:hAnsi="Arial" w:cs="Arial"/>
          <w:sz w:val="22"/>
          <w:szCs w:val="22"/>
          <w:lang w:val="fr-CA"/>
        </w:rPr>
        <w:t>__________________________________________________________________</w:t>
      </w:r>
    </w:p>
    <w:p w14:paraId="713613E6" w14:textId="77777777" w:rsidR="00D177FA" w:rsidRDefault="00D177FA" w:rsidP="00D177FA">
      <w:pPr>
        <w:rPr>
          <w:rFonts w:ascii="Arial" w:hAnsi="Arial" w:cs="Arial"/>
          <w:sz w:val="22"/>
          <w:szCs w:val="22"/>
          <w:lang w:val="fr-CA"/>
        </w:rPr>
      </w:pPr>
    </w:p>
    <w:p w14:paraId="42A65AF0" w14:textId="2931A799" w:rsidR="00D177FA" w:rsidRDefault="00D177FA" w:rsidP="0045477B">
      <w:pPr>
        <w:pStyle w:val="Titre2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9</w:t>
      </w:r>
      <w:r w:rsidRPr="00381E62">
        <w:rPr>
          <w:rFonts w:ascii="Arial" w:hAnsi="Arial" w:cs="Arial"/>
          <w:sz w:val="22"/>
          <w:szCs w:val="22"/>
          <w:lang w:val="fr-CA"/>
        </w:rPr>
        <w:t xml:space="preserve">. </w:t>
      </w:r>
      <w:r w:rsidR="0045477B" w:rsidRPr="0045477B">
        <w:rPr>
          <w:rFonts w:ascii="Arial" w:hAnsi="Arial" w:cs="Arial"/>
          <w:sz w:val="22"/>
          <w:szCs w:val="22"/>
          <w:lang w:val="fr-CA"/>
        </w:rPr>
        <w:t>RETOMBÉES ET COMMUNICATIONS</w:t>
      </w:r>
    </w:p>
    <w:p w14:paraId="4F6A20EF" w14:textId="77777777" w:rsidR="001829C3" w:rsidRDefault="0045477B" w:rsidP="0045477B">
      <w:pPr>
        <w:rPr>
          <w:rFonts w:ascii="Arial" w:hAnsi="Arial" w:cs="Arial"/>
          <w:sz w:val="22"/>
          <w:szCs w:val="22"/>
          <w:lang w:val="fr-CA"/>
        </w:rPr>
      </w:pPr>
      <w:r w:rsidRPr="0045477B">
        <w:rPr>
          <w:rFonts w:ascii="Arial" w:hAnsi="Arial" w:cs="Arial"/>
          <w:sz w:val="22"/>
          <w:szCs w:val="22"/>
          <w:lang w:val="fr-CA"/>
        </w:rPr>
        <w:t xml:space="preserve">Budget global de la production :_______________________ </w:t>
      </w:r>
    </w:p>
    <w:p w14:paraId="1EA64BE4" w14:textId="6069A19E" w:rsidR="0045477B" w:rsidRPr="0045477B" w:rsidRDefault="0045477B" w:rsidP="0045477B">
      <w:pPr>
        <w:rPr>
          <w:rFonts w:ascii="Arial" w:hAnsi="Arial" w:cs="Arial"/>
          <w:sz w:val="22"/>
          <w:szCs w:val="22"/>
          <w:lang w:val="fr-CA"/>
        </w:rPr>
      </w:pPr>
      <w:r w:rsidRPr="0045477B">
        <w:rPr>
          <w:rFonts w:ascii="Arial" w:hAnsi="Arial" w:cs="Arial"/>
          <w:sz w:val="22"/>
          <w:szCs w:val="22"/>
          <w:lang w:val="fr-CA"/>
        </w:rPr>
        <w:t>Dépenses directes prévues dans la municipalité : ____________________</w:t>
      </w:r>
    </w:p>
    <w:p w14:paraId="3C87198D" w14:textId="2E02CD73" w:rsidR="0045477B" w:rsidRPr="0045477B" w:rsidRDefault="0045477B" w:rsidP="0045477B">
      <w:pPr>
        <w:rPr>
          <w:rFonts w:ascii="Arial" w:hAnsi="Arial" w:cs="Arial"/>
          <w:sz w:val="22"/>
          <w:szCs w:val="22"/>
          <w:lang w:val="fr-CA"/>
        </w:rPr>
      </w:pPr>
      <w:r w:rsidRPr="0045477B">
        <w:rPr>
          <w:rFonts w:ascii="Arial" w:hAnsi="Arial" w:cs="Arial"/>
          <w:sz w:val="22"/>
          <w:szCs w:val="22"/>
          <w:lang w:val="fr-CA"/>
        </w:rPr>
        <w:t>Initiatives sociales ou culturelles prévues (le cas échéant) : _________________________________________________________________________________________________________________________________________________________________________________________________________________________________</w:t>
      </w:r>
      <w:r w:rsidR="001829C3">
        <w:rPr>
          <w:rFonts w:ascii="Arial" w:hAnsi="Arial" w:cs="Arial"/>
          <w:sz w:val="22"/>
          <w:szCs w:val="22"/>
          <w:lang w:val="fr-CA"/>
        </w:rPr>
        <w:t>_____________________</w:t>
      </w:r>
    </w:p>
    <w:p w14:paraId="693FE95E" w14:textId="5BDAA773" w:rsidR="0045477B" w:rsidRPr="0045477B" w:rsidRDefault="0045477B" w:rsidP="0045477B">
      <w:pPr>
        <w:rPr>
          <w:rFonts w:ascii="Arial" w:hAnsi="Arial" w:cs="Arial"/>
          <w:sz w:val="22"/>
          <w:szCs w:val="22"/>
          <w:lang w:val="fr-CA"/>
        </w:rPr>
      </w:pPr>
      <w:r w:rsidRPr="0045477B">
        <w:rPr>
          <w:rFonts w:ascii="Arial" w:hAnsi="Arial" w:cs="Arial"/>
          <w:sz w:val="22"/>
          <w:szCs w:val="22"/>
          <w:lang w:val="fr-CA"/>
        </w:rPr>
        <w:t xml:space="preserve">Pratiques </w:t>
      </w:r>
      <w:proofErr w:type="spellStart"/>
      <w:r w:rsidRPr="0045477B">
        <w:rPr>
          <w:rFonts w:ascii="Arial" w:hAnsi="Arial" w:cs="Arial"/>
          <w:sz w:val="22"/>
          <w:szCs w:val="22"/>
          <w:lang w:val="fr-CA"/>
        </w:rPr>
        <w:t>éco-resposables</w:t>
      </w:r>
      <w:proofErr w:type="spellEnd"/>
      <w:r w:rsidRPr="0045477B">
        <w:rPr>
          <w:rFonts w:ascii="Arial" w:hAnsi="Arial" w:cs="Arial"/>
          <w:sz w:val="22"/>
          <w:szCs w:val="22"/>
          <w:lang w:val="fr-CA"/>
        </w:rPr>
        <w:t xml:space="preserve"> (initiatives, accréditations ou autre) :</w:t>
      </w:r>
      <w:r w:rsidR="001829C3">
        <w:rPr>
          <w:rFonts w:ascii="Arial" w:hAnsi="Arial" w:cs="Arial"/>
          <w:sz w:val="22"/>
          <w:szCs w:val="22"/>
          <w:lang w:val="fr-CA"/>
        </w:rPr>
        <w:t xml:space="preserve"> </w:t>
      </w:r>
      <w:r w:rsidRPr="0045477B">
        <w:rPr>
          <w:rFonts w:ascii="Arial" w:hAnsi="Arial" w:cs="Arial"/>
          <w:sz w:val="22"/>
          <w:szCs w:val="22"/>
          <w:lang w:val="fr-C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29C3">
        <w:rPr>
          <w:rFonts w:ascii="Arial" w:hAnsi="Arial" w:cs="Arial"/>
          <w:sz w:val="22"/>
          <w:szCs w:val="22"/>
          <w:lang w:val="fr-CA"/>
        </w:rPr>
        <w:t>___</w:t>
      </w:r>
      <w:r w:rsidRPr="0045477B">
        <w:rPr>
          <w:rFonts w:ascii="Arial" w:hAnsi="Arial" w:cs="Arial"/>
          <w:sz w:val="22"/>
          <w:szCs w:val="22"/>
          <w:lang w:val="fr-CA"/>
        </w:rPr>
        <w:t>___</w:t>
      </w:r>
    </w:p>
    <w:p w14:paraId="02FB70C0" w14:textId="60173537" w:rsidR="00D177FA" w:rsidRPr="0045477B" w:rsidRDefault="0045477B" w:rsidP="0045477B">
      <w:pPr>
        <w:rPr>
          <w:rFonts w:ascii="Arial" w:hAnsi="Arial" w:cs="Arial"/>
          <w:sz w:val="22"/>
          <w:szCs w:val="22"/>
          <w:lang w:val="fr-CA"/>
        </w:rPr>
      </w:pPr>
      <w:r w:rsidRPr="0045477B">
        <w:rPr>
          <w:rFonts w:ascii="Arial" w:hAnsi="Arial" w:cs="Arial"/>
          <w:sz w:val="22"/>
          <w:szCs w:val="22"/>
          <w:lang w:val="fr-CA"/>
        </w:rPr>
        <w:t>Valorisation médiatique - personne contact et coordonnées pour les communications publiques : ___________________________________________________________________________________________________________________________________________________________________________________________________</w:t>
      </w:r>
      <w:r w:rsidR="001829C3">
        <w:rPr>
          <w:rFonts w:ascii="Arial" w:hAnsi="Arial" w:cs="Arial"/>
          <w:sz w:val="22"/>
          <w:szCs w:val="22"/>
          <w:lang w:val="fr-CA"/>
        </w:rPr>
        <w:t>___________________________________________________</w:t>
      </w:r>
    </w:p>
    <w:p w14:paraId="73282F55" w14:textId="77777777" w:rsidR="00D177FA" w:rsidRDefault="00D177FA">
      <w:pPr>
        <w:rPr>
          <w:rFonts w:ascii="Arial" w:hAnsi="Arial" w:cs="Arial"/>
          <w:sz w:val="22"/>
          <w:szCs w:val="22"/>
          <w:lang w:val="fr-CA"/>
        </w:rPr>
      </w:pPr>
    </w:p>
    <w:p w14:paraId="6CBB3F9C" w14:textId="38B1DA29" w:rsidR="001D0C63" w:rsidRDefault="00D177FA">
      <w:pPr>
        <w:pStyle w:val="Titre2"/>
        <w:rPr>
          <w:rFonts w:ascii="Arial" w:hAnsi="Arial" w:cs="Arial"/>
          <w:sz w:val="22"/>
          <w:szCs w:val="22"/>
          <w:lang w:val="fr-CA"/>
        </w:rPr>
      </w:pPr>
      <w:r>
        <w:rPr>
          <w:rFonts w:ascii="Arial" w:hAnsi="Arial" w:cs="Arial"/>
          <w:sz w:val="22"/>
          <w:szCs w:val="22"/>
          <w:lang w:val="fr-CA"/>
        </w:rPr>
        <w:t>10</w:t>
      </w:r>
      <w:r w:rsidR="0034015D" w:rsidRPr="00381E62">
        <w:rPr>
          <w:rFonts w:ascii="Arial" w:hAnsi="Arial" w:cs="Arial"/>
          <w:sz w:val="22"/>
          <w:szCs w:val="22"/>
          <w:lang w:val="fr-CA"/>
        </w:rPr>
        <w:t>. Engagement du demandeur</w:t>
      </w:r>
    </w:p>
    <w:p w14:paraId="749078AD" w14:textId="77777777" w:rsidR="00D177FA" w:rsidRPr="00D177FA" w:rsidRDefault="00D177FA" w:rsidP="00D177FA">
      <w:pPr>
        <w:rPr>
          <w:lang w:val="fr-CA"/>
        </w:rPr>
      </w:pPr>
    </w:p>
    <w:p w14:paraId="7AADF785" w14:textId="3BB633EA" w:rsidR="008711FE" w:rsidRPr="0043586C" w:rsidRDefault="0034015D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Paiement des frais </w:t>
      </w:r>
      <w:r w:rsidR="001A4BD7" w:rsidRPr="0043586C">
        <w:rPr>
          <w:rFonts w:ascii="Arial" w:hAnsi="Arial" w:cs="Arial"/>
          <w:sz w:val="22"/>
          <w:szCs w:val="22"/>
          <w:lang w:val="fr-CA"/>
        </w:rPr>
        <w:t>applicable</w:t>
      </w:r>
      <w:r w:rsidR="00B679F7">
        <w:rPr>
          <w:rFonts w:ascii="Arial" w:hAnsi="Arial" w:cs="Arial"/>
          <w:sz w:val="22"/>
          <w:szCs w:val="22"/>
          <w:lang w:val="fr-CA"/>
        </w:rPr>
        <w:t>s</w:t>
      </w:r>
      <w:r w:rsidR="001A4BD7" w:rsidRPr="0043586C">
        <w:rPr>
          <w:rFonts w:ascii="Arial" w:hAnsi="Arial" w:cs="Arial"/>
          <w:sz w:val="22"/>
          <w:szCs w:val="22"/>
          <w:lang w:val="fr-CA"/>
        </w:rPr>
        <w:t xml:space="preserve"> </w:t>
      </w:r>
      <w:r w:rsidR="008711FE" w:rsidRPr="0043586C">
        <w:rPr>
          <w:rFonts w:ascii="Arial" w:hAnsi="Arial" w:cs="Arial"/>
          <w:sz w:val="22"/>
          <w:szCs w:val="22"/>
          <w:lang w:val="fr-CA"/>
        </w:rPr>
        <w:t>pour le permis effectué.</w:t>
      </w:r>
    </w:p>
    <w:p w14:paraId="3E53E28D" w14:textId="5409C4B5" w:rsidR="008711FE" w:rsidRPr="0043586C" w:rsidRDefault="008711FE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Je </w:t>
      </w:r>
      <w:r w:rsidR="00355C65" w:rsidRPr="0043586C">
        <w:rPr>
          <w:rFonts w:ascii="Arial" w:hAnsi="Arial" w:cs="Arial"/>
          <w:sz w:val="22"/>
          <w:szCs w:val="22"/>
          <w:lang w:val="fr-CA"/>
        </w:rPr>
        <w:t xml:space="preserve">suis </w:t>
      </w:r>
      <w:r w:rsidRPr="0043586C">
        <w:rPr>
          <w:rFonts w:ascii="Arial" w:hAnsi="Arial" w:cs="Arial"/>
          <w:sz w:val="22"/>
          <w:szCs w:val="22"/>
          <w:lang w:val="fr-CA"/>
        </w:rPr>
        <w:t>cons</w:t>
      </w:r>
      <w:r w:rsidR="00355C65" w:rsidRPr="0043586C">
        <w:rPr>
          <w:rFonts w:ascii="Arial" w:hAnsi="Arial" w:cs="Arial"/>
          <w:sz w:val="22"/>
          <w:szCs w:val="22"/>
          <w:lang w:val="fr-CA"/>
        </w:rPr>
        <w:t>cient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que </w:t>
      </w:r>
      <w:r w:rsidR="00381E62" w:rsidRPr="0043586C">
        <w:rPr>
          <w:rFonts w:ascii="Arial" w:hAnsi="Arial" w:cs="Arial"/>
          <w:sz w:val="22"/>
          <w:szCs w:val="22"/>
          <w:lang w:val="fr-CA"/>
        </w:rPr>
        <w:t xml:space="preserve">des frais </w:t>
      </w:r>
      <w:r w:rsidR="00CE6102" w:rsidRPr="0043586C">
        <w:rPr>
          <w:rFonts w:ascii="Arial" w:hAnsi="Arial" w:cs="Arial"/>
          <w:sz w:val="22"/>
          <w:szCs w:val="22"/>
          <w:lang w:val="fr-CA"/>
        </w:rPr>
        <w:t>additionnels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</w:t>
      </w:r>
      <w:r w:rsidR="00355C65" w:rsidRPr="0043586C">
        <w:rPr>
          <w:rFonts w:ascii="Arial" w:hAnsi="Arial" w:cs="Arial"/>
          <w:sz w:val="22"/>
          <w:szCs w:val="22"/>
          <w:lang w:val="fr-CA"/>
        </w:rPr>
        <w:t xml:space="preserve">pourraient être facturés </w:t>
      </w:r>
      <w:r w:rsidR="00381E62" w:rsidRPr="0043586C">
        <w:rPr>
          <w:rFonts w:ascii="Arial" w:hAnsi="Arial" w:cs="Arial"/>
          <w:sz w:val="22"/>
          <w:szCs w:val="22"/>
          <w:lang w:val="fr-CA"/>
        </w:rPr>
        <w:t xml:space="preserve">conséquemment </w:t>
      </w:r>
      <w:r w:rsidR="00CE6102" w:rsidRPr="0043586C">
        <w:rPr>
          <w:rFonts w:ascii="Arial" w:hAnsi="Arial" w:cs="Arial"/>
          <w:sz w:val="22"/>
          <w:szCs w:val="22"/>
          <w:lang w:val="fr-CA"/>
        </w:rPr>
        <w:t>des</w:t>
      </w:r>
      <w:r w:rsidR="00381E62" w:rsidRPr="0043586C">
        <w:rPr>
          <w:rFonts w:ascii="Arial" w:hAnsi="Arial" w:cs="Arial"/>
          <w:sz w:val="22"/>
          <w:szCs w:val="22"/>
          <w:lang w:val="fr-CA"/>
        </w:rPr>
        <w:t xml:space="preserve"> ressources supplémentaires déployé</w:t>
      </w:r>
      <w:r w:rsidR="00355C65" w:rsidRPr="0043586C">
        <w:rPr>
          <w:rFonts w:ascii="Arial" w:hAnsi="Arial" w:cs="Arial"/>
          <w:sz w:val="22"/>
          <w:szCs w:val="22"/>
          <w:lang w:val="fr-CA"/>
        </w:rPr>
        <w:t>e</w:t>
      </w:r>
      <w:r w:rsidR="00381E62" w:rsidRPr="0043586C">
        <w:rPr>
          <w:rFonts w:ascii="Arial" w:hAnsi="Arial" w:cs="Arial"/>
          <w:sz w:val="22"/>
          <w:szCs w:val="22"/>
          <w:lang w:val="fr-CA"/>
        </w:rPr>
        <w:t>s par la ville/municipalité</w:t>
      </w:r>
      <w:r w:rsidR="00CE6102" w:rsidRPr="0043586C">
        <w:rPr>
          <w:rFonts w:ascii="Arial" w:hAnsi="Arial" w:cs="Arial"/>
          <w:sz w:val="22"/>
          <w:szCs w:val="22"/>
          <w:lang w:val="fr-CA"/>
        </w:rPr>
        <w:t xml:space="preserve"> pour le besoin du tournage. (Référence grille tarifaire)</w:t>
      </w:r>
    </w:p>
    <w:p w14:paraId="767E101F" w14:textId="77777777" w:rsidR="001D0C63" w:rsidRPr="0043586C" w:rsidRDefault="0034015D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Segoe UI Symbol" w:hAnsi="Segoe UI Symbol" w:cs="Segoe UI Symbol"/>
          <w:sz w:val="22"/>
          <w:szCs w:val="22"/>
          <w:lang w:val="fr-CA"/>
        </w:rPr>
        <w:t>☐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 Je m’engage à respecter la réglementation municipale et à fournir tout document supplémentaire exigé par la Ville.</w:t>
      </w:r>
    </w:p>
    <w:p w14:paraId="5D3D7B15" w14:textId="3B5C8AB7" w:rsidR="001D0C63" w:rsidRPr="0043586C" w:rsidRDefault="008711FE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Arial" w:hAnsi="Arial" w:cs="Arial"/>
          <w:sz w:val="22"/>
          <w:szCs w:val="22"/>
          <w:lang w:val="fr-CA"/>
        </w:rPr>
        <w:t>Date</w:t>
      </w:r>
      <w:r w:rsidR="00C05D9C">
        <w:rPr>
          <w:rFonts w:ascii="Arial" w:hAnsi="Arial" w:cs="Arial"/>
          <w:sz w:val="22"/>
          <w:szCs w:val="22"/>
          <w:lang w:val="fr-CA"/>
        </w:rPr>
        <w:t> </w:t>
      </w:r>
      <w:r w:rsidRPr="0043586C">
        <w:rPr>
          <w:rFonts w:ascii="Arial" w:hAnsi="Arial" w:cs="Arial"/>
          <w:sz w:val="22"/>
          <w:szCs w:val="22"/>
          <w:lang w:val="fr-CA"/>
        </w:rPr>
        <w:t>: _______________________</w:t>
      </w:r>
      <w:r w:rsidR="00B367BA" w:rsidRPr="0043586C">
        <w:rPr>
          <w:rFonts w:ascii="Arial" w:hAnsi="Arial" w:cs="Arial"/>
          <w:sz w:val="22"/>
          <w:szCs w:val="22"/>
          <w:lang w:val="fr-CA"/>
        </w:rPr>
        <w:t>____</w:t>
      </w:r>
      <w:r w:rsidRPr="0043586C">
        <w:rPr>
          <w:rFonts w:ascii="Arial" w:hAnsi="Arial" w:cs="Arial"/>
          <w:sz w:val="22"/>
          <w:szCs w:val="22"/>
          <w:lang w:val="fr-CA"/>
        </w:rPr>
        <w:t>___</w:t>
      </w:r>
      <w:r w:rsidR="00072117">
        <w:rPr>
          <w:rFonts w:ascii="Arial" w:hAnsi="Arial" w:cs="Arial"/>
          <w:sz w:val="22"/>
          <w:szCs w:val="22"/>
          <w:lang w:val="fr-CA"/>
        </w:rPr>
        <w:t>_</w:t>
      </w:r>
    </w:p>
    <w:p w14:paraId="1AA7BE5B" w14:textId="34255CF6" w:rsidR="001D0C63" w:rsidRPr="0043586C" w:rsidRDefault="0034015D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Arial" w:hAnsi="Arial" w:cs="Arial"/>
          <w:sz w:val="22"/>
          <w:szCs w:val="22"/>
          <w:lang w:val="fr-CA"/>
        </w:rPr>
        <w:t>Nom</w:t>
      </w:r>
      <w:r w:rsidR="00072117">
        <w:rPr>
          <w:rFonts w:ascii="Arial" w:hAnsi="Arial" w:cs="Arial"/>
          <w:sz w:val="22"/>
          <w:szCs w:val="22"/>
          <w:lang w:val="fr-CA"/>
        </w:rPr>
        <w:t xml:space="preserve"> : </w:t>
      </w:r>
      <w:r w:rsidRPr="0043586C">
        <w:rPr>
          <w:rFonts w:ascii="Arial" w:hAnsi="Arial" w:cs="Arial"/>
          <w:sz w:val="22"/>
          <w:szCs w:val="22"/>
          <w:lang w:val="fr-CA"/>
        </w:rPr>
        <w:t>___________________</w:t>
      </w:r>
      <w:r w:rsidR="00B367BA" w:rsidRPr="0043586C">
        <w:rPr>
          <w:rFonts w:ascii="Arial" w:hAnsi="Arial" w:cs="Arial"/>
          <w:sz w:val="22"/>
          <w:szCs w:val="22"/>
          <w:lang w:val="fr-CA"/>
        </w:rPr>
        <w:t>_____</w:t>
      </w:r>
      <w:r w:rsidRPr="0043586C">
        <w:rPr>
          <w:rFonts w:ascii="Arial" w:hAnsi="Arial" w:cs="Arial"/>
          <w:sz w:val="22"/>
          <w:szCs w:val="22"/>
          <w:lang w:val="fr-CA"/>
        </w:rPr>
        <w:t>_______</w:t>
      </w:r>
    </w:p>
    <w:p w14:paraId="1C0FC776" w14:textId="322B1F4D" w:rsidR="008711FE" w:rsidRPr="0043586C" w:rsidRDefault="008711FE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Arial" w:hAnsi="Arial" w:cs="Arial"/>
          <w:sz w:val="22"/>
          <w:szCs w:val="22"/>
          <w:lang w:val="fr-CA"/>
        </w:rPr>
        <w:t>Signature</w:t>
      </w:r>
      <w:r w:rsidR="00C05D9C">
        <w:rPr>
          <w:rFonts w:ascii="Arial" w:hAnsi="Arial" w:cs="Arial"/>
          <w:sz w:val="22"/>
          <w:szCs w:val="22"/>
          <w:lang w:val="fr-CA"/>
        </w:rPr>
        <w:t> </w:t>
      </w:r>
      <w:r w:rsidRPr="0043586C">
        <w:rPr>
          <w:rFonts w:ascii="Arial" w:hAnsi="Arial" w:cs="Arial"/>
          <w:sz w:val="22"/>
          <w:szCs w:val="22"/>
          <w:lang w:val="fr-CA"/>
        </w:rPr>
        <w:t>:</w:t>
      </w:r>
      <w:r w:rsidR="00B367BA" w:rsidRPr="0043586C">
        <w:rPr>
          <w:rFonts w:ascii="Arial" w:hAnsi="Arial" w:cs="Arial"/>
          <w:sz w:val="22"/>
          <w:szCs w:val="22"/>
          <w:lang w:val="fr-CA"/>
        </w:rPr>
        <w:t xml:space="preserve"> __</w:t>
      </w:r>
      <w:r w:rsidR="00072117">
        <w:rPr>
          <w:rFonts w:ascii="Arial" w:hAnsi="Arial" w:cs="Arial"/>
          <w:sz w:val="22"/>
          <w:szCs w:val="22"/>
          <w:lang w:val="fr-CA"/>
        </w:rPr>
        <w:t>_</w:t>
      </w:r>
      <w:r w:rsidR="00B367BA" w:rsidRPr="0043586C">
        <w:rPr>
          <w:rFonts w:ascii="Arial" w:hAnsi="Arial" w:cs="Arial"/>
          <w:sz w:val="22"/>
          <w:szCs w:val="22"/>
          <w:lang w:val="fr-CA"/>
        </w:rPr>
        <w:t>________________________</w:t>
      </w:r>
    </w:p>
    <w:p w14:paraId="22665DAB" w14:textId="77777777" w:rsidR="002E2D43" w:rsidRDefault="002E2D43" w:rsidP="0043586C">
      <w:pPr>
        <w:jc w:val="both"/>
        <w:rPr>
          <w:rFonts w:ascii="Arial" w:hAnsi="Arial" w:cs="Arial"/>
          <w:sz w:val="22"/>
          <w:szCs w:val="22"/>
          <w:lang w:val="fr-CA"/>
        </w:rPr>
      </w:pPr>
    </w:p>
    <w:p w14:paraId="33142D22" w14:textId="3C263FB2" w:rsidR="00355C65" w:rsidRPr="0043586C" w:rsidRDefault="00355C65" w:rsidP="0043586C">
      <w:pPr>
        <w:jc w:val="both"/>
        <w:rPr>
          <w:rFonts w:ascii="Arial" w:hAnsi="Arial" w:cs="Arial"/>
          <w:sz w:val="22"/>
          <w:szCs w:val="22"/>
          <w:lang w:val="fr-CA"/>
        </w:rPr>
      </w:pPr>
      <w:r w:rsidRPr="0043586C">
        <w:rPr>
          <w:rFonts w:ascii="Arial" w:hAnsi="Arial" w:cs="Arial"/>
          <w:sz w:val="22"/>
          <w:szCs w:val="22"/>
          <w:lang w:val="fr-CA"/>
        </w:rPr>
        <w:t>NB</w:t>
      </w:r>
      <w:r w:rsidR="00C05D9C">
        <w:rPr>
          <w:rFonts w:ascii="Arial" w:hAnsi="Arial" w:cs="Arial"/>
          <w:sz w:val="22"/>
          <w:szCs w:val="22"/>
          <w:lang w:val="fr-CA"/>
        </w:rPr>
        <w:t> </w:t>
      </w:r>
      <w:r w:rsidRPr="0043586C">
        <w:rPr>
          <w:rFonts w:ascii="Arial" w:hAnsi="Arial" w:cs="Arial"/>
          <w:sz w:val="22"/>
          <w:szCs w:val="22"/>
          <w:lang w:val="fr-CA"/>
        </w:rPr>
        <w:t xml:space="preserve">: Une fois le formulaire rempli, merci de le faire parvenir par courriel à </w:t>
      </w:r>
      <w:r w:rsidRPr="00663344">
        <w:rPr>
          <w:rFonts w:ascii="Arial" w:hAnsi="Arial" w:cs="Arial"/>
          <w:sz w:val="22"/>
          <w:szCs w:val="22"/>
          <w:highlight w:val="yellow"/>
          <w:lang w:val="fr-CA"/>
        </w:rPr>
        <w:t>info@villevs.ca</w:t>
      </w:r>
    </w:p>
    <w:sectPr w:rsidR="00355C65" w:rsidRPr="0043586C" w:rsidSect="009231F8">
      <w:headerReference w:type="defaul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C3F6" w14:textId="77777777" w:rsidR="003C3354" w:rsidRDefault="003C3354" w:rsidP="00D97A20">
      <w:pPr>
        <w:spacing w:before="0" w:after="0" w:line="240" w:lineRule="auto"/>
      </w:pPr>
      <w:r>
        <w:separator/>
      </w:r>
    </w:p>
  </w:endnote>
  <w:endnote w:type="continuationSeparator" w:id="0">
    <w:p w14:paraId="53FEC08E" w14:textId="77777777" w:rsidR="003C3354" w:rsidRDefault="003C3354" w:rsidP="00D97A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1170" w14:textId="77777777" w:rsidR="009F3485" w:rsidRDefault="009F34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9A409" w14:textId="6B4B6326" w:rsidR="0077637E" w:rsidRDefault="005E3571" w:rsidP="0077637E">
    <w:pPr>
      <w:pStyle w:val="Pieddepage"/>
      <w:jc w:val="right"/>
    </w:pPr>
    <w:r>
      <w:rPr>
        <w:rFonts w:ascii="Arial" w:hAnsi="Arial" w:cs="Arial"/>
        <w:b/>
        <w:bCs/>
        <w:noProof/>
        <w:sz w:val="28"/>
        <w:szCs w:val="28"/>
        <w:lang w:val="fr-CA"/>
      </w:rPr>
      <w:drawing>
        <wp:anchor distT="0" distB="0" distL="114300" distR="114300" simplePos="0" relativeHeight="251658241" behindDoc="0" locked="0" layoutInCell="1" allowOverlap="1" wp14:anchorId="0860F771" wp14:editId="6C4794E7">
          <wp:simplePos x="0" y="0"/>
          <wp:positionH relativeFrom="column">
            <wp:posOffset>-33351</wp:posOffset>
          </wp:positionH>
          <wp:positionV relativeFrom="paragraph">
            <wp:posOffset>-151765</wp:posOffset>
          </wp:positionV>
          <wp:extent cx="1621790" cy="592455"/>
          <wp:effectExtent l="0" t="0" r="0" b="0"/>
          <wp:wrapNone/>
          <wp:docPr id="848806408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806408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179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8"/>
        <w:szCs w:val="28"/>
        <w:lang w:val="fr-C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D06EC79" wp14:editId="5B984830">
              <wp:simplePos x="0" y="0"/>
              <wp:positionH relativeFrom="column">
                <wp:posOffset>-49696</wp:posOffset>
              </wp:positionH>
              <wp:positionV relativeFrom="paragraph">
                <wp:posOffset>-221256</wp:posOffset>
              </wp:positionV>
              <wp:extent cx="6472362" cy="0"/>
              <wp:effectExtent l="0" t="0" r="0" b="0"/>
              <wp:wrapNone/>
              <wp:docPr id="242266758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236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line w14:anchorId="3D5D5D38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pt,-17.4pt" to="505.75pt,-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" strokecolor="black [3040]"/>
          </w:pict>
        </mc:Fallback>
      </mc:AlternateContent>
    </w:r>
    <w:sdt>
      <w:sdtPr>
        <w:id w:val="-1421016565"/>
        <w:docPartObj>
          <w:docPartGallery w:val="Page Numbers (Bottom of Page)"/>
          <w:docPartUnique/>
        </w:docPartObj>
      </w:sdtPr>
      <w:sdtContent/>
    </w:sdt>
    <w:r w:rsidR="0077637E">
      <w:rPr>
        <w:lang w:val="fr-CA"/>
      </w:rPr>
      <w:tab/>
      <w:t>[logo ville/municipalité]</w:t>
    </w:r>
    <w:r w:rsidR="0077637E">
      <w:rPr>
        <w:lang w:val="fr-CA"/>
      </w:rPr>
      <w:tab/>
    </w:r>
    <w:sdt>
      <w:sdtPr>
        <w:id w:val="-686595402"/>
        <w:docPartObj>
          <w:docPartGallery w:val="Page Numbers (Bottom of Page)"/>
          <w:docPartUnique/>
        </w:docPartObj>
      </w:sdtPr>
      <w:sdtContent>
        <w:r w:rsidR="0077637E">
          <w:fldChar w:fldCharType="begin"/>
        </w:r>
        <w:r w:rsidR="0077637E">
          <w:instrText>PAGE   \* MERGEFORMAT</w:instrText>
        </w:r>
        <w:r w:rsidR="0077637E">
          <w:fldChar w:fldCharType="separate"/>
        </w:r>
        <w:r w:rsidR="0077637E">
          <w:t>1</w:t>
        </w:r>
        <w:r w:rsidR="0077637E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845B" w14:textId="77777777" w:rsidR="009F3485" w:rsidRDefault="009F34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F75CE" w14:textId="77777777" w:rsidR="003C3354" w:rsidRDefault="003C3354" w:rsidP="00D97A20">
      <w:pPr>
        <w:spacing w:before="0" w:after="0" w:line="240" w:lineRule="auto"/>
      </w:pPr>
      <w:r>
        <w:separator/>
      </w:r>
    </w:p>
  </w:footnote>
  <w:footnote w:type="continuationSeparator" w:id="0">
    <w:p w14:paraId="32E95DBD" w14:textId="77777777" w:rsidR="003C3354" w:rsidRDefault="003C3354" w:rsidP="00D97A2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6FC3" w14:textId="77777777" w:rsidR="009F3485" w:rsidRDefault="009F34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F582" w14:textId="61ECD4B9" w:rsidR="008363A9" w:rsidRDefault="008363A9" w:rsidP="008363A9">
    <w:pPr>
      <w:pStyle w:val="En-tte"/>
      <w:jc w:val="right"/>
      <w:rPr>
        <w:rFonts w:ascii="Arial" w:hAnsi="Arial" w:cs="Arial"/>
        <w:b/>
        <w:bCs/>
        <w:color w:val="002060"/>
        <w:sz w:val="24"/>
        <w:szCs w:val="24"/>
        <w:lang w:val="fr-CA"/>
      </w:rPr>
    </w:pPr>
    <w:r>
      <w:rPr>
        <w:rFonts w:ascii="Arial" w:hAnsi="Arial" w:cs="Arial"/>
        <w:b/>
        <w:bCs/>
        <w:noProof/>
        <w:color w:val="002060"/>
        <w:sz w:val="24"/>
        <w:szCs w:val="24"/>
        <w:lang w:val="fr-CA"/>
      </w:rPr>
      <w:drawing>
        <wp:anchor distT="0" distB="0" distL="114300" distR="114300" simplePos="0" relativeHeight="251658240" behindDoc="1" locked="0" layoutInCell="1" allowOverlap="1" wp14:anchorId="35A9D714" wp14:editId="18BE0999">
          <wp:simplePos x="0" y="0"/>
          <wp:positionH relativeFrom="column">
            <wp:posOffset>-675640</wp:posOffset>
          </wp:positionH>
          <wp:positionV relativeFrom="paragraph">
            <wp:posOffset>-441032</wp:posOffset>
          </wp:positionV>
          <wp:extent cx="7759065" cy="1939290"/>
          <wp:effectExtent l="0" t="0" r="0" b="3810"/>
          <wp:wrapNone/>
          <wp:docPr id="1598478064" name="Image 3" descr="Une image contenant plein air, ar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478064" name="Image 3" descr="Une image contenant plein air, arm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9065" cy="193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46B8C6" w14:textId="6C71B9AB" w:rsidR="008363A9" w:rsidRPr="008363A9" w:rsidRDefault="008363A9" w:rsidP="008363A9">
    <w:pPr>
      <w:pStyle w:val="En-tte"/>
      <w:jc w:val="right"/>
      <w:rPr>
        <w:rFonts w:ascii="Arial" w:hAnsi="Arial" w:cs="Arial"/>
        <w:b/>
        <w:bCs/>
        <w:color w:val="002060"/>
        <w:sz w:val="24"/>
        <w:szCs w:val="24"/>
        <w:lang w:val="fr-CA"/>
      </w:rPr>
    </w:pPr>
    <w:bookmarkStart w:id="0" w:name="_Hlk212640391"/>
    <w:bookmarkStart w:id="1" w:name="_Hlk212640392"/>
    <w:r w:rsidRPr="008363A9">
      <w:rPr>
        <w:rFonts w:ascii="Arial" w:hAnsi="Arial" w:cs="Arial"/>
        <w:b/>
        <w:bCs/>
        <w:color w:val="002060"/>
        <w:sz w:val="24"/>
        <w:szCs w:val="24"/>
        <w:lang w:val="fr-CA"/>
      </w:rPr>
      <w:t>DEMANDE D’AUTORISATION</w:t>
    </w:r>
  </w:p>
  <w:p w14:paraId="7EE57E97" w14:textId="382B65A3" w:rsidR="00D97A20" w:rsidRPr="008363A9" w:rsidRDefault="008363A9" w:rsidP="008363A9">
    <w:pPr>
      <w:pStyle w:val="En-tte"/>
      <w:jc w:val="right"/>
      <w:rPr>
        <w:rFonts w:ascii="Arial" w:hAnsi="Arial" w:cs="Arial"/>
        <w:b/>
        <w:bCs/>
        <w:color w:val="002060"/>
        <w:sz w:val="24"/>
        <w:szCs w:val="24"/>
        <w:lang w:val="fr-CA"/>
      </w:rPr>
    </w:pPr>
    <w:r w:rsidRPr="008363A9">
      <w:rPr>
        <w:rFonts w:ascii="Arial" w:hAnsi="Arial" w:cs="Arial"/>
        <w:b/>
        <w:bCs/>
        <w:color w:val="002060"/>
        <w:sz w:val="24"/>
        <w:szCs w:val="24"/>
        <w:lang w:val="fr-CA"/>
      </w:rPr>
      <w:t>DE TOURNAGE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A529" w14:textId="77777777" w:rsidR="009F3485" w:rsidRDefault="009F3485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4000" w14:textId="47DBB81F" w:rsidR="002E2D43" w:rsidRPr="00355C65" w:rsidRDefault="002E2D43">
    <w:pPr>
      <w:pStyle w:val="En-tte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666840"/>
    <w:multiLevelType w:val="hybridMultilevel"/>
    <w:tmpl w:val="7C0A2E4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9A87CBA"/>
    <w:multiLevelType w:val="hybridMultilevel"/>
    <w:tmpl w:val="788ACBB6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C10B2"/>
    <w:multiLevelType w:val="hybridMultilevel"/>
    <w:tmpl w:val="46CC5F4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94D74"/>
    <w:multiLevelType w:val="hybridMultilevel"/>
    <w:tmpl w:val="46161372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17766"/>
    <w:multiLevelType w:val="hybridMultilevel"/>
    <w:tmpl w:val="FAA64B2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D1F29"/>
    <w:multiLevelType w:val="hybridMultilevel"/>
    <w:tmpl w:val="B524DF0E"/>
    <w:lvl w:ilvl="0" w:tplc="0C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047454"/>
    <w:multiLevelType w:val="hybridMultilevel"/>
    <w:tmpl w:val="39B41E22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902203">
    <w:abstractNumId w:val="8"/>
  </w:num>
  <w:num w:numId="2" w16cid:durableId="938215133">
    <w:abstractNumId w:val="6"/>
  </w:num>
  <w:num w:numId="3" w16cid:durableId="314840346">
    <w:abstractNumId w:val="5"/>
  </w:num>
  <w:num w:numId="4" w16cid:durableId="192308342">
    <w:abstractNumId w:val="4"/>
  </w:num>
  <w:num w:numId="5" w16cid:durableId="1079866609">
    <w:abstractNumId w:val="7"/>
  </w:num>
  <w:num w:numId="6" w16cid:durableId="1573352287">
    <w:abstractNumId w:val="3"/>
  </w:num>
  <w:num w:numId="7" w16cid:durableId="434130949">
    <w:abstractNumId w:val="2"/>
  </w:num>
  <w:num w:numId="8" w16cid:durableId="138422945">
    <w:abstractNumId w:val="1"/>
  </w:num>
  <w:num w:numId="9" w16cid:durableId="1890410305">
    <w:abstractNumId w:val="0"/>
  </w:num>
  <w:num w:numId="10" w16cid:durableId="2131581166">
    <w:abstractNumId w:val="10"/>
  </w:num>
  <w:num w:numId="11" w16cid:durableId="1981957264">
    <w:abstractNumId w:val="10"/>
  </w:num>
  <w:num w:numId="12" w16cid:durableId="168906358">
    <w:abstractNumId w:val="10"/>
  </w:num>
  <w:num w:numId="13" w16cid:durableId="996106296">
    <w:abstractNumId w:val="10"/>
  </w:num>
  <w:num w:numId="14" w16cid:durableId="1904169885">
    <w:abstractNumId w:val="10"/>
  </w:num>
  <w:num w:numId="15" w16cid:durableId="1750418279">
    <w:abstractNumId w:val="10"/>
  </w:num>
  <w:num w:numId="16" w16cid:durableId="494341594">
    <w:abstractNumId w:val="10"/>
  </w:num>
  <w:num w:numId="17" w16cid:durableId="1513110975">
    <w:abstractNumId w:val="10"/>
  </w:num>
  <w:num w:numId="18" w16cid:durableId="2102796292">
    <w:abstractNumId w:val="10"/>
  </w:num>
  <w:num w:numId="19" w16cid:durableId="595096744">
    <w:abstractNumId w:val="10"/>
  </w:num>
  <w:num w:numId="20" w16cid:durableId="657416687">
    <w:abstractNumId w:val="14"/>
  </w:num>
  <w:num w:numId="21" w16cid:durableId="1445273860">
    <w:abstractNumId w:val="13"/>
  </w:num>
  <w:num w:numId="22" w16cid:durableId="1702318756">
    <w:abstractNumId w:val="11"/>
  </w:num>
  <w:num w:numId="23" w16cid:durableId="1944070462">
    <w:abstractNumId w:val="16"/>
  </w:num>
  <w:num w:numId="24" w16cid:durableId="302278368">
    <w:abstractNumId w:val="15"/>
  </w:num>
  <w:num w:numId="25" w16cid:durableId="1186821194">
    <w:abstractNumId w:val="9"/>
  </w:num>
  <w:num w:numId="26" w16cid:durableId="180357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C48"/>
    <w:rsid w:val="00015076"/>
    <w:rsid w:val="00034616"/>
    <w:rsid w:val="0006063C"/>
    <w:rsid w:val="00072117"/>
    <w:rsid w:val="000865B7"/>
    <w:rsid w:val="000D6E49"/>
    <w:rsid w:val="0015074B"/>
    <w:rsid w:val="001829C3"/>
    <w:rsid w:val="001A4BD7"/>
    <w:rsid w:val="001C56F7"/>
    <w:rsid w:val="001D0C63"/>
    <w:rsid w:val="001F29F8"/>
    <w:rsid w:val="00224BA6"/>
    <w:rsid w:val="0029639D"/>
    <w:rsid w:val="002C5C38"/>
    <w:rsid w:val="002E2D43"/>
    <w:rsid w:val="003153CE"/>
    <w:rsid w:val="00326F90"/>
    <w:rsid w:val="0034015D"/>
    <w:rsid w:val="00355C65"/>
    <w:rsid w:val="00381E62"/>
    <w:rsid w:val="003C3354"/>
    <w:rsid w:val="003F5EAD"/>
    <w:rsid w:val="00411C25"/>
    <w:rsid w:val="0043586C"/>
    <w:rsid w:val="0045477B"/>
    <w:rsid w:val="0049430E"/>
    <w:rsid w:val="004A2E93"/>
    <w:rsid w:val="00583DE9"/>
    <w:rsid w:val="005977A5"/>
    <w:rsid w:val="005E3571"/>
    <w:rsid w:val="00663344"/>
    <w:rsid w:val="006B2E46"/>
    <w:rsid w:val="006B62DE"/>
    <w:rsid w:val="00741D0A"/>
    <w:rsid w:val="0077637E"/>
    <w:rsid w:val="007964F7"/>
    <w:rsid w:val="008363A9"/>
    <w:rsid w:val="00856DAD"/>
    <w:rsid w:val="00863A02"/>
    <w:rsid w:val="008711FE"/>
    <w:rsid w:val="0087597C"/>
    <w:rsid w:val="00893345"/>
    <w:rsid w:val="00906576"/>
    <w:rsid w:val="009231F8"/>
    <w:rsid w:val="0094749B"/>
    <w:rsid w:val="00951044"/>
    <w:rsid w:val="009F3485"/>
    <w:rsid w:val="00AA1D8D"/>
    <w:rsid w:val="00AB38B4"/>
    <w:rsid w:val="00B03756"/>
    <w:rsid w:val="00B367BA"/>
    <w:rsid w:val="00B36D2E"/>
    <w:rsid w:val="00B47730"/>
    <w:rsid w:val="00B679F7"/>
    <w:rsid w:val="00B859D6"/>
    <w:rsid w:val="00B92975"/>
    <w:rsid w:val="00C00D1F"/>
    <w:rsid w:val="00C05D9C"/>
    <w:rsid w:val="00C14B06"/>
    <w:rsid w:val="00C43DB4"/>
    <w:rsid w:val="00C5083E"/>
    <w:rsid w:val="00C8291F"/>
    <w:rsid w:val="00CB0664"/>
    <w:rsid w:val="00CC46EA"/>
    <w:rsid w:val="00CE2905"/>
    <w:rsid w:val="00CE6102"/>
    <w:rsid w:val="00D177FA"/>
    <w:rsid w:val="00D675DC"/>
    <w:rsid w:val="00D90C53"/>
    <w:rsid w:val="00D971D4"/>
    <w:rsid w:val="00D97A20"/>
    <w:rsid w:val="00DB1420"/>
    <w:rsid w:val="00E77B36"/>
    <w:rsid w:val="00EB4637"/>
    <w:rsid w:val="00EF2675"/>
    <w:rsid w:val="00F13E43"/>
    <w:rsid w:val="00F708B0"/>
    <w:rsid w:val="00FA3295"/>
    <w:rsid w:val="00FC693F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80244"/>
  <w14:defaultImageDpi w14:val="330"/>
  <w15:docId w15:val="{1CC95BCA-A7ED-4CCF-8446-F298B3B2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9F8"/>
  </w:style>
  <w:style w:type="paragraph" w:styleId="Titre1">
    <w:name w:val="heading 1"/>
    <w:basedOn w:val="Normal"/>
    <w:next w:val="Normal"/>
    <w:link w:val="Titre1Car"/>
    <w:uiPriority w:val="9"/>
    <w:qFormat/>
    <w:rsid w:val="001F29F8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F29F8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F29F8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29F8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29F8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29F8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29F8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29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29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1F29F8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1F29F8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1F29F8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1F29F8"/>
    <w:rPr>
      <w:caps/>
      <w:color w:val="1A495C" w:themeColor="accent1" w:themeShade="7F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1F29F8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F29F8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29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1F29F8"/>
    <w:rPr>
      <w:caps/>
      <w:color w:val="595959" w:themeColor="text1" w:themeTint="A6"/>
      <w:spacing w:val="10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1F29F8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1F29F8"/>
    <w:rPr>
      <w:i/>
      <w:iCs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F29F8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1F29F8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1F29F8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1F29F8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1F29F8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1F29F8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F29F8"/>
    <w:rPr>
      <w:b/>
      <w:bCs/>
      <w:color w:val="276E8B" w:themeColor="accent1" w:themeShade="BF"/>
      <w:sz w:val="16"/>
      <w:szCs w:val="16"/>
    </w:rPr>
  </w:style>
  <w:style w:type="character" w:styleId="lev">
    <w:name w:val="Strong"/>
    <w:uiPriority w:val="22"/>
    <w:qFormat/>
    <w:rsid w:val="001F29F8"/>
    <w:rPr>
      <w:b/>
      <w:bCs/>
    </w:rPr>
  </w:style>
  <w:style w:type="character" w:styleId="Accentuation">
    <w:name w:val="Emphasis"/>
    <w:uiPriority w:val="20"/>
    <w:qFormat/>
    <w:rsid w:val="001F29F8"/>
    <w:rPr>
      <w:caps/>
      <w:color w:val="1A495C" w:themeColor="accent1" w:themeShade="7F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29F8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29F8"/>
    <w:rPr>
      <w:color w:val="3494BA" w:themeColor="accent1"/>
      <w:sz w:val="24"/>
      <w:szCs w:val="24"/>
    </w:rPr>
  </w:style>
  <w:style w:type="character" w:styleId="Accentuationlgre">
    <w:name w:val="Subtle Emphasis"/>
    <w:uiPriority w:val="19"/>
    <w:qFormat/>
    <w:rsid w:val="001F29F8"/>
    <w:rPr>
      <w:i/>
      <w:iCs/>
      <w:color w:val="1A495C" w:themeColor="accent1" w:themeShade="7F"/>
    </w:rPr>
  </w:style>
  <w:style w:type="character" w:styleId="Accentuationintense">
    <w:name w:val="Intense Emphasis"/>
    <w:uiPriority w:val="21"/>
    <w:qFormat/>
    <w:rsid w:val="001F29F8"/>
    <w:rPr>
      <w:b/>
      <w:bCs/>
      <w:caps/>
      <w:color w:val="1A495C" w:themeColor="accent1" w:themeShade="7F"/>
      <w:spacing w:val="10"/>
    </w:rPr>
  </w:style>
  <w:style w:type="character" w:styleId="Rfrencelgre">
    <w:name w:val="Subtle Reference"/>
    <w:uiPriority w:val="31"/>
    <w:qFormat/>
    <w:rsid w:val="001F29F8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1F29F8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1F29F8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F29F8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494B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8B6C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DA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8C8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4ACB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3C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977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977A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5977A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77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7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47194A93CE447BFB0E0F1AC97ACCD" ma:contentTypeVersion="13" ma:contentTypeDescription="Crée un document." ma:contentTypeScope="" ma:versionID="205131a1791e6503d0c63ff4185a87cf">
  <xsd:schema xmlns:xsd="http://www.w3.org/2001/XMLSchema" xmlns:xs="http://www.w3.org/2001/XMLSchema" xmlns:p="http://schemas.microsoft.com/office/2006/metadata/properties" xmlns:ns2="fc6e4d06-50c4-4c90-9c47-01d460e1da95" xmlns:ns3="82571d28-1301-40d9-87ed-a16db5ab661b" targetNamespace="http://schemas.microsoft.com/office/2006/metadata/properties" ma:root="true" ma:fieldsID="920773ef51e1260f4a15d1a12f8ef0f4" ns2:_="" ns3:_="">
    <xsd:import namespace="fc6e4d06-50c4-4c90-9c47-01d460e1da95"/>
    <xsd:import namespace="82571d28-1301-40d9-87ed-a16db5ab6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e4d06-50c4-4c90-9c47-01d460e1d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4ab7bdec-f457-4d5a-9f40-b9e8d4f138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71d28-1301-40d9-87ed-a16db5ab661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4da5dc-3081-4499-a061-73d63c66b1b9}" ma:internalName="TaxCatchAll" ma:showField="CatchAllData" ma:web="82571d28-1301-40d9-87ed-a16db5ab6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571d28-1301-40d9-87ed-a16db5ab661b" xsi:nil="true"/>
    <lcf76f155ced4ddcb4097134ff3c332f xmlns="fc6e4d06-50c4-4c90-9c47-01d460e1da9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4EB528-6A31-4317-8102-3E48CA51D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e4d06-50c4-4c90-9c47-01d460e1da95"/>
    <ds:schemaRef ds:uri="82571d28-1301-40d9-87ed-a16db5ab6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5B8C8-561B-4E50-AA81-8A67FF213CEB}">
  <ds:schemaRefs>
    <ds:schemaRef ds:uri="http://schemas.microsoft.com/office/2006/metadata/properties"/>
    <ds:schemaRef ds:uri="http://schemas.microsoft.com/office/infopath/2007/PartnerControls"/>
    <ds:schemaRef ds:uri="82571d28-1301-40d9-87ed-a16db5ab661b"/>
    <ds:schemaRef ds:uri="fc6e4d06-50c4-4c90-9c47-01d460e1da95"/>
  </ds:schemaRefs>
</ds:datastoreItem>
</file>

<file path=customXml/itemProps4.xml><?xml version="1.0" encoding="utf-8"?>
<ds:datastoreItem xmlns:ds="http://schemas.openxmlformats.org/officeDocument/2006/customXml" ds:itemID="{7DAC72C6-9AAA-4B77-8BD2-98A283602D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605</Words>
  <Characters>5682</Characters>
  <Application>Microsoft Office Word</Application>
  <DocSecurity>0</DocSecurity>
  <Lines>115</Lines>
  <Paragraphs>89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Edwige Bouyer</cp:lastModifiedBy>
  <cp:revision>39</cp:revision>
  <dcterms:created xsi:type="dcterms:W3CDTF">2025-09-05T17:00:00Z</dcterms:created>
  <dcterms:modified xsi:type="dcterms:W3CDTF">2026-03-04T18:59:00Z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0x0101008A947194A93CE447BFB0E0F1AC97ACCD</vt:lpwstr>
  </property>
  <property fmtid="{D5CDD505-2E9C-101B-9397-08002B2CF9AE}" pid="3" name="MediaServiceImageTags">
    <vt:lpwstr/>
  </property>
</Properties>
</file>